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4F3"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0. DATOS DE RADICACIÓN</w:t>
      </w:r>
    </w:p>
    <w:p w:rsidR="00C904F3" w:rsidRPr="005D555B" w:rsidRDefault="00C904F3" w:rsidP="00CA1BF7">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sz w:val="20"/>
          <w:szCs w:val="20"/>
          <w:lang w:val="es-ES_tradnl"/>
        </w:rPr>
      </w:pPr>
      <w:r w:rsidRPr="005D555B">
        <w:rPr>
          <w:rFonts w:ascii="Arial" w:hAnsi="Arial" w:cs="Arial"/>
          <w:sz w:val="20"/>
          <w:szCs w:val="20"/>
          <w:lang w:val="es-ES_tradnl"/>
        </w:rPr>
        <w:t>Fecha de recepción (DD/MM/AA)</w:t>
      </w:r>
      <w:r w:rsidR="00DA1B34" w:rsidRPr="005D555B">
        <w:rPr>
          <w:rFonts w:ascii="Arial" w:hAnsi="Arial" w:cs="Arial"/>
          <w:sz w:val="20"/>
          <w:szCs w:val="20"/>
          <w:lang w:val="es-ES_tradnl"/>
        </w:rPr>
        <w:t xml:space="preserve"> </w:t>
      </w:r>
      <w:r w:rsidRPr="005D555B">
        <w:rPr>
          <w:rFonts w:ascii="Arial" w:hAnsi="Arial" w:cs="Arial"/>
          <w:sz w:val="20"/>
          <w:szCs w:val="20"/>
          <w:lang w:val="es-ES_tradnl"/>
        </w:rPr>
        <w:t>______/______/______</w:t>
      </w:r>
      <w:r w:rsidRPr="005D555B">
        <w:rPr>
          <w:rFonts w:ascii="Arial" w:hAnsi="Arial" w:cs="Arial"/>
          <w:sz w:val="20"/>
          <w:szCs w:val="20"/>
          <w:lang w:val="es-ES_tradnl"/>
        </w:rPr>
        <w:tab/>
        <w:t>Denuncia anónima</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w:t>
      </w:r>
      <w:r w:rsidR="00722954" w:rsidRPr="005D555B">
        <w:rPr>
          <w:rFonts w:ascii="Arial" w:hAnsi="Arial" w:cs="Arial"/>
          <w:sz w:val="20"/>
          <w:szCs w:val="20"/>
          <w:lang w:val="es-ES_tradnl"/>
        </w:rPr>
        <w:t xml:space="preserve">Sí </w:t>
      </w:r>
      <w:r w:rsidR="00722954"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No</w:t>
      </w:r>
    </w:p>
    <w:p w:rsidR="00722954" w:rsidRPr="005D555B" w:rsidRDefault="00722954" w:rsidP="00CA1BF7">
      <w:pPr>
        <w:spacing w:after="0"/>
        <w:jc w:val="both"/>
        <w:rPr>
          <w:rFonts w:ascii="Arial" w:hAnsi="Arial" w:cs="Arial"/>
          <w:sz w:val="20"/>
          <w:szCs w:val="20"/>
          <w:lang w:val="es-ES_tradnl"/>
        </w:rPr>
      </w:pPr>
    </w:p>
    <w:p w:rsidR="00722954" w:rsidRPr="005D555B" w:rsidRDefault="00C904F3" w:rsidP="00CA1BF7">
      <w:pPr>
        <w:spacing w:after="0"/>
        <w:jc w:val="both"/>
        <w:rPr>
          <w:rFonts w:ascii="Arial" w:hAnsi="Arial" w:cs="Arial"/>
          <w:sz w:val="20"/>
          <w:szCs w:val="20"/>
          <w:lang w:val="es-ES_tradnl"/>
        </w:rPr>
      </w:pPr>
      <w:r w:rsidRPr="005D555B">
        <w:rPr>
          <w:rFonts w:ascii="Arial" w:hAnsi="Arial" w:cs="Arial"/>
          <w:sz w:val="20"/>
          <w:szCs w:val="20"/>
          <w:lang w:val="es-ES_tradnl"/>
        </w:rPr>
        <w:t>Medio de recepción</w:t>
      </w:r>
      <w:r w:rsidR="00722954"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Web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Correo</w:t>
      </w:r>
      <w:r w:rsidR="00722954" w:rsidRPr="005D555B">
        <w:rPr>
          <w:rFonts w:ascii="Arial" w:hAnsi="Arial" w:cs="Arial"/>
          <w:sz w:val="20"/>
          <w:szCs w:val="20"/>
          <w:lang w:val="es-ES_tradnl"/>
        </w:rPr>
        <w:t xml:space="preserve">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Telefónico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Presencial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Escrito</w:t>
      </w:r>
      <w:r w:rsidRPr="005D555B">
        <w:rPr>
          <w:rFonts w:ascii="Arial" w:hAnsi="Arial" w:cs="Arial"/>
          <w:sz w:val="20"/>
          <w:szCs w:val="20"/>
          <w:lang w:val="es-ES_tradnl"/>
        </w:rPr>
        <w:tab/>
      </w:r>
    </w:p>
    <w:p w:rsidR="00722954" w:rsidRPr="005D555B" w:rsidRDefault="00722954" w:rsidP="00CA1BF7">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sz w:val="20"/>
          <w:szCs w:val="20"/>
          <w:lang w:val="es-ES_tradnl"/>
        </w:rPr>
      </w:pPr>
      <w:r w:rsidRPr="005D555B">
        <w:rPr>
          <w:rFonts w:ascii="Arial" w:hAnsi="Arial" w:cs="Arial"/>
          <w:sz w:val="20"/>
          <w:szCs w:val="20"/>
          <w:lang w:val="es-ES_tradnl"/>
        </w:rPr>
        <w:t>No. de radicado (si aplica)</w:t>
      </w:r>
      <w:r w:rsidRPr="005D555B">
        <w:rPr>
          <w:rFonts w:ascii="Arial" w:hAnsi="Arial" w:cs="Arial"/>
          <w:sz w:val="20"/>
          <w:szCs w:val="20"/>
          <w:lang w:val="es-ES_tradnl"/>
        </w:rPr>
        <w:tab/>
        <w:t>___________</w:t>
      </w:r>
      <w:r w:rsidR="00722954" w:rsidRPr="005D555B">
        <w:rPr>
          <w:rFonts w:ascii="Arial" w:hAnsi="Arial" w:cs="Arial"/>
          <w:sz w:val="20"/>
          <w:szCs w:val="20"/>
          <w:lang w:val="es-ES_tradnl"/>
        </w:rPr>
        <w:t>____</w:t>
      </w:r>
      <w:r w:rsidRPr="005D555B">
        <w:rPr>
          <w:rFonts w:ascii="Arial" w:hAnsi="Arial" w:cs="Arial"/>
          <w:sz w:val="20"/>
          <w:szCs w:val="20"/>
          <w:lang w:val="es-ES_tradnl"/>
        </w:rPr>
        <w:t>_________</w:t>
      </w:r>
    </w:p>
    <w:p w:rsidR="00C904F3" w:rsidRPr="005D555B" w:rsidRDefault="00C904F3"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color w:val="A6A6A6" w:themeColor="background1" w:themeShade="A6"/>
          <w:sz w:val="20"/>
          <w:szCs w:val="20"/>
          <w:lang w:val="es-ES_tradnl"/>
        </w:rPr>
      </w:pPr>
      <w:r w:rsidRPr="005D555B">
        <w:rPr>
          <w:rFonts w:ascii="Arial" w:hAnsi="Arial" w:cs="Arial"/>
          <w:color w:val="A6A6A6" w:themeColor="background1" w:themeShade="A6"/>
          <w:sz w:val="20"/>
          <w:szCs w:val="20"/>
          <w:lang w:val="es-ES_tradnl"/>
        </w:rPr>
        <w:t>Nota: Si la denuncia es anónima, no es obligatorio diligenciar la Sección 1.</w:t>
      </w:r>
    </w:p>
    <w:p w:rsidR="00C904F3" w:rsidRPr="005D555B" w:rsidRDefault="00C904F3" w:rsidP="00CA1BF7">
      <w:pPr>
        <w:spacing w:after="0"/>
        <w:jc w:val="both"/>
        <w:rPr>
          <w:rFonts w:ascii="Arial" w:hAnsi="Arial" w:cs="Arial"/>
          <w:sz w:val="20"/>
          <w:szCs w:val="20"/>
          <w:lang w:val="es-ES_tradnl"/>
        </w:rPr>
      </w:pPr>
    </w:p>
    <w:p w:rsidR="005D555B" w:rsidRPr="005D555B" w:rsidRDefault="005D555B" w:rsidP="005D555B">
      <w:pPr>
        <w:spacing w:after="0"/>
        <w:jc w:val="both"/>
        <w:rPr>
          <w:rFonts w:ascii="Arial" w:hAnsi="Arial" w:cs="Arial"/>
          <w:sz w:val="20"/>
          <w:szCs w:val="20"/>
          <w:lang w:val="es-ES_tradnl"/>
        </w:rPr>
      </w:pPr>
      <w:r w:rsidRPr="005D555B">
        <w:rPr>
          <w:rFonts w:ascii="Arial" w:hAnsi="Arial" w:cs="Arial"/>
          <w:sz w:val="20"/>
          <w:szCs w:val="20"/>
          <w:lang w:val="es-ES_tradnl"/>
        </w:rPr>
        <w:t xml:space="preserve">Dando cumplimiento a la Ley 1581 de 2012, en mi calidad de titular de la información, autorizo al Instituto de Financiamiento, Promoción y Desarrollo de Ibagué – INFIBAGUÉ, de manera voluntaria disponga de mis datos personales, los cuales serán utilizados con el fin de gestionar la presente denuncia y dar una respuesta oportuna y efectiva a mi solicitud. Manifiesto que los datos aportados en esta solicitud son ciertos y que cumplen con los requisitos para acceder a la petición realizada. Informo que he sido informado(a) del tratamiento al que serán expuestos mis datos y su finalidad, conforme a la “Política De Tratamiento De Datos Personales, </w:t>
      </w:r>
      <w:r w:rsidRPr="005D555B">
        <w:rPr>
          <w:rFonts w:ascii="Arial" w:eastAsia="Arial Narrow" w:hAnsi="Arial" w:cs="Arial"/>
          <w:sz w:val="20"/>
          <w:szCs w:val="20"/>
          <w:lang w:val="es-ES_tradnl"/>
        </w:rPr>
        <w:t>Código POL-AC-001, Versión 4</w:t>
      </w:r>
      <w:r w:rsidRPr="005D555B">
        <w:rPr>
          <w:rFonts w:ascii="Arial" w:hAnsi="Arial" w:cs="Arial"/>
          <w:sz w:val="20"/>
          <w:szCs w:val="20"/>
          <w:lang w:val="es-ES_tradnl"/>
        </w:rPr>
        <w:t>, disponible en el Portal Web (</w:t>
      </w:r>
      <w:hyperlink r:id="rId8" w:history="1">
        <w:r w:rsidRPr="005D555B">
          <w:rPr>
            <w:rStyle w:val="Hipervnculo"/>
            <w:rFonts w:ascii="Arial" w:hAnsi="Arial" w:cs="Arial"/>
            <w:sz w:val="20"/>
            <w:szCs w:val="20"/>
            <w:lang w:val="es-ES_tradnl"/>
          </w:rPr>
          <w:t>https://www.infibague.gov.co/wp-content/uploads/2024/09/POL-AC-001-POLITICADETRATAMIENTODEDATOSPERSONALES.pdf</w:t>
        </w:r>
      </w:hyperlink>
      <w:r w:rsidRPr="005D555B">
        <w:rPr>
          <w:rFonts w:ascii="Arial" w:hAnsi="Arial" w:cs="Arial"/>
          <w:sz w:val="20"/>
          <w:szCs w:val="20"/>
          <w:lang w:val="es-ES_tradnl"/>
        </w:rPr>
        <w:t>).</w:t>
      </w:r>
    </w:p>
    <w:p w:rsidR="00C904F3" w:rsidRPr="005D555B" w:rsidRDefault="00C904F3" w:rsidP="00CA1BF7">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1. INFORMACIÓN DEL DENUNCIANTE (si no es anónima)</w:t>
      </w:r>
    </w:p>
    <w:p w:rsidR="00C904F3" w:rsidRPr="005D555B" w:rsidRDefault="00C904F3"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Tipo de denunciante</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Persona natural</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Persona jurídica</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¿Funcionario(a) de INFIBAGUÉ?</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Sí</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No</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Nombres y apellidos / Razón social</w:t>
      </w:r>
      <w:r w:rsidRPr="005D555B">
        <w:rPr>
          <w:rFonts w:ascii="Arial" w:hAnsi="Arial" w:cs="Arial"/>
          <w:sz w:val="20"/>
          <w:szCs w:val="20"/>
          <w:lang w:val="es-ES_tradnl"/>
        </w:rPr>
        <w:tab/>
        <w:t>____________________________________________________</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Tipo y No. de documento / NIT</w:t>
      </w:r>
      <w:r w:rsidRPr="005D555B">
        <w:rPr>
          <w:rFonts w:ascii="Arial" w:hAnsi="Arial" w:cs="Arial"/>
          <w:sz w:val="20"/>
          <w:szCs w:val="20"/>
          <w:lang w:val="es-ES_tradnl"/>
        </w:rPr>
        <w:tab/>
        <w:t>__________________________________________________________</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Dirección</w:t>
      </w:r>
      <w:r w:rsidRPr="005D555B">
        <w:rPr>
          <w:rFonts w:ascii="Arial" w:hAnsi="Arial" w:cs="Arial"/>
          <w:sz w:val="20"/>
          <w:szCs w:val="20"/>
          <w:lang w:val="es-ES_tradnl"/>
        </w:rPr>
        <w:tab/>
        <w:t>____________________________________</w:t>
      </w:r>
      <w:r w:rsidRPr="005D555B">
        <w:rPr>
          <w:rFonts w:ascii="Arial" w:hAnsi="Arial" w:cs="Arial"/>
          <w:sz w:val="20"/>
          <w:szCs w:val="20"/>
          <w:lang w:val="es-ES_tradnl"/>
        </w:rPr>
        <w:tab/>
        <w:t>Municipio</w:t>
      </w:r>
      <w:r w:rsidRPr="005D555B">
        <w:rPr>
          <w:rFonts w:ascii="Arial" w:hAnsi="Arial" w:cs="Arial"/>
          <w:sz w:val="20"/>
          <w:szCs w:val="20"/>
          <w:lang w:val="es-ES_tradnl"/>
        </w:rPr>
        <w:tab/>
        <w:t>___________________</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Correo electrónico</w:t>
      </w:r>
      <w:r w:rsidRPr="005D555B">
        <w:rPr>
          <w:rFonts w:ascii="Arial" w:hAnsi="Arial" w:cs="Arial"/>
          <w:sz w:val="20"/>
          <w:szCs w:val="20"/>
          <w:lang w:val="es-ES_tradnl"/>
        </w:rPr>
        <w:tab/>
        <w:t>________________________________</w:t>
      </w:r>
      <w:r w:rsidRPr="005D555B">
        <w:rPr>
          <w:rFonts w:ascii="Arial" w:hAnsi="Arial" w:cs="Arial"/>
          <w:sz w:val="20"/>
          <w:szCs w:val="20"/>
          <w:lang w:val="es-ES_tradnl"/>
        </w:rPr>
        <w:tab/>
        <w:t>Teléfono(s) _______________________</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Dependencia</w:t>
      </w:r>
      <w:r w:rsidRPr="005D555B">
        <w:rPr>
          <w:rFonts w:ascii="Arial" w:hAnsi="Arial" w:cs="Arial"/>
          <w:sz w:val="20"/>
          <w:szCs w:val="20"/>
          <w:lang w:val="es-ES_tradnl"/>
        </w:rPr>
        <w:tab/>
        <w:t>_____________________________________</w:t>
      </w:r>
      <w:r w:rsidRPr="005D555B">
        <w:rPr>
          <w:rFonts w:ascii="Arial" w:hAnsi="Arial" w:cs="Arial"/>
          <w:sz w:val="20"/>
          <w:szCs w:val="20"/>
          <w:lang w:val="es-ES_tradnl"/>
        </w:rPr>
        <w:tab/>
        <w:t>Cargo</w:t>
      </w:r>
      <w:r w:rsidRPr="005D555B">
        <w:rPr>
          <w:rFonts w:ascii="Arial" w:hAnsi="Arial" w:cs="Arial"/>
          <w:sz w:val="20"/>
          <w:szCs w:val="20"/>
          <w:lang w:val="es-ES_tradnl"/>
        </w:rPr>
        <w:tab/>
        <w:t>__________________________</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Medio preferido de respuesta</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Correo </w:t>
      </w:r>
      <w:r w:rsidR="0008400D" w:rsidRPr="005D555B">
        <w:rPr>
          <w:rFonts w:ascii="Arial" w:hAnsi="Arial" w:cs="Arial"/>
          <w:sz w:val="20"/>
          <w:szCs w:val="20"/>
          <w:lang w:val="es-ES_tradnl"/>
        </w:rPr>
        <w:t xml:space="preserve">electrónico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Correspondencia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Llamada</w:t>
      </w:r>
    </w:p>
    <w:p w:rsidR="00722954" w:rsidRPr="005D555B" w:rsidRDefault="00722954" w:rsidP="00CA1BF7">
      <w:pPr>
        <w:spacing w:after="0"/>
        <w:jc w:val="both"/>
        <w:rPr>
          <w:rFonts w:ascii="Arial" w:hAnsi="Arial" w:cs="Arial"/>
          <w:sz w:val="20"/>
          <w:szCs w:val="20"/>
          <w:lang w:val="es-ES_tradnl"/>
        </w:rPr>
      </w:pPr>
    </w:p>
    <w:p w:rsidR="002B4D84" w:rsidRPr="005D555B" w:rsidRDefault="002B4D84" w:rsidP="00CA1BF7">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2. IDENTIFICACIÓN DEL DENUNCIADO (si se conoce)</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Nombre completo</w:t>
      </w:r>
      <w:r w:rsidR="00643BCC" w:rsidRPr="005D555B">
        <w:rPr>
          <w:rFonts w:ascii="Arial" w:hAnsi="Arial" w:cs="Arial"/>
          <w:sz w:val="20"/>
          <w:szCs w:val="20"/>
          <w:lang w:val="es-ES_tradnl"/>
        </w:rPr>
        <w:t xml:space="preserve"> ____</w:t>
      </w:r>
      <w:r w:rsidRPr="005D555B">
        <w:rPr>
          <w:rFonts w:ascii="Arial" w:hAnsi="Arial" w:cs="Arial"/>
          <w:sz w:val="20"/>
          <w:szCs w:val="20"/>
          <w:lang w:val="es-ES_tradnl"/>
        </w:rPr>
        <w:t>_________________________________________________________________</w:t>
      </w:r>
    </w:p>
    <w:p w:rsidR="00722954" w:rsidRPr="005D555B" w:rsidRDefault="00722954"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Documento (si se conoce)</w:t>
      </w:r>
      <w:r w:rsidR="00643BCC" w:rsidRPr="005D555B">
        <w:rPr>
          <w:rFonts w:ascii="Arial" w:hAnsi="Arial" w:cs="Arial"/>
          <w:sz w:val="20"/>
          <w:szCs w:val="20"/>
          <w:lang w:val="es-ES_tradnl"/>
        </w:rPr>
        <w:t xml:space="preserve"> _____</w:t>
      </w:r>
      <w:r w:rsidRPr="005D555B">
        <w:rPr>
          <w:rFonts w:ascii="Arial" w:hAnsi="Arial" w:cs="Arial"/>
          <w:sz w:val="20"/>
          <w:szCs w:val="20"/>
          <w:lang w:val="es-ES_tradnl"/>
        </w:rPr>
        <w:t>__________________________________________________________</w:t>
      </w:r>
    </w:p>
    <w:p w:rsidR="00722954" w:rsidRPr="005D555B" w:rsidRDefault="00722954" w:rsidP="00CA1BF7">
      <w:pPr>
        <w:spacing w:after="0"/>
        <w:jc w:val="both"/>
        <w:rPr>
          <w:rFonts w:ascii="Arial" w:hAnsi="Arial" w:cs="Arial"/>
          <w:sz w:val="20"/>
          <w:szCs w:val="20"/>
          <w:lang w:val="es-ES_tradnl"/>
        </w:rPr>
      </w:pPr>
    </w:p>
    <w:p w:rsidR="0008400D"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¿Servidor(a) público(a) de INFIBAGUÉ?</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Sí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No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No sabe</w:t>
      </w:r>
    </w:p>
    <w:p w:rsidR="0008400D" w:rsidRPr="005D555B" w:rsidRDefault="0008400D"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Dependencia / Cargo (si aplica)</w:t>
      </w:r>
      <w:r w:rsidRPr="005D555B">
        <w:rPr>
          <w:rFonts w:ascii="Arial" w:hAnsi="Arial" w:cs="Arial"/>
          <w:sz w:val="20"/>
          <w:szCs w:val="20"/>
          <w:lang w:val="es-ES_tradnl"/>
        </w:rPr>
        <w:tab/>
        <w:t>_____</w:t>
      </w:r>
      <w:r w:rsidR="0008400D" w:rsidRPr="005D555B">
        <w:rPr>
          <w:rFonts w:ascii="Arial" w:hAnsi="Arial" w:cs="Arial"/>
          <w:sz w:val="20"/>
          <w:szCs w:val="20"/>
          <w:lang w:val="es-ES_tradnl"/>
        </w:rPr>
        <w:t>_____________________________________</w:t>
      </w:r>
      <w:r w:rsidRPr="005D555B">
        <w:rPr>
          <w:rFonts w:ascii="Arial" w:hAnsi="Arial" w:cs="Arial"/>
          <w:sz w:val="20"/>
          <w:szCs w:val="20"/>
          <w:lang w:val="es-ES_tradnl"/>
        </w:rPr>
        <w:t>________________</w:t>
      </w:r>
    </w:p>
    <w:p w:rsidR="0008400D" w:rsidRPr="005D555B" w:rsidRDefault="0008400D"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Lugar de trabajo/ocurrencia (si aplica)</w:t>
      </w:r>
      <w:r w:rsidR="0008400D" w:rsidRPr="005D555B">
        <w:rPr>
          <w:rFonts w:ascii="Arial" w:hAnsi="Arial" w:cs="Arial"/>
          <w:sz w:val="20"/>
          <w:szCs w:val="20"/>
          <w:lang w:val="es-ES_tradnl"/>
        </w:rPr>
        <w:t xml:space="preserve"> _</w:t>
      </w:r>
      <w:r w:rsidRPr="005D555B">
        <w:rPr>
          <w:rFonts w:ascii="Arial" w:hAnsi="Arial" w:cs="Arial"/>
          <w:sz w:val="20"/>
          <w:szCs w:val="20"/>
          <w:lang w:val="es-ES_tradnl"/>
        </w:rPr>
        <w:t>____________________________________________________</w:t>
      </w:r>
    </w:p>
    <w:p w:rsidR="0008400D" w:rsidRPr="005D555B" w:rsidRDefault="0008400D" w:rsidP="00CA1BF7">
      <w:pPr>
        <w:spacing w:after="0"/>
        <w:jc w:val="both"/>
        <w:rPr>
          <w:rFonts w:ascii="Arial" w:hAnsi="Arial" w:cs="Arial"/>
          <w:sz w:val="20"/>
          <w:szCs w:val="20"/>
          <w:lang w:val="es-ES_tradnl"/>
        </w:rPr>
      </w:pPr>
    </w:p>
    <w:p w:rsidR="00722954" w:rsidRPr="005D555B" w:rsidRDefault="00722954" w:rsidP="00CA1BF7">
      <w:pPr>
        <w:spacing w:after="0"/>
        <w:jc w:val="both"/>
        <w:rPr>
          <w:rFonts w:ascii="Arial" w:hAnsi="Arial" w:cs="Arial"/>
          <w:sz w:val="20"/>
          <w:szCs w:val="20"/>
          <w:lang w:val="es-ES_tradnl"/>
        </w:rPr>
      </w:pPr>
      <w:r w:rsidRPr="005D555B">
        <w:rPr>
          <w:rFonts w:ascii="Arial" w:hAnsi="Arial" w:cs="Arial"/>
          <w:sz w:val="20"/>
          <w:szCs w:val="20"/>
          <w:lang w:val="es-ES_tradnl"/>
        </w:rPr>
        <w:t>Otro dato relevante (si aplica)</w:t>
      </w:r>
      <w:r w:rsidR="0008400D" w:rsidRPr="005D555B">
        <w:rPr>
          <w:rFonts w:ascii="Arial" w:hAnsi="Arial" w:cs="Arial"/>
          <w:sz w:val="20"/>
          <w:szCs w:val="20"/>
          <w:lang w:val="es-ES_tradnl"/>
        </w:rPr>
        <w:t xml:space="preserve"> </w:t>
      </w:r>
      <w:r w:rsidRPr="005D555B">
        <w:rPr>
          <w:rFonts w:ascii="Arial" w:hAnsi="Arial" w:cs="Arial"/>
          <w:sz w:val="20"/>
          <w:szCs w:val="20"/>
          <w:lang w:val="es-ES_tradnl"/>
        </w:rPr>
        <w:t>____________________________________________________________</w:t>
      </w:r>
    </w:p>
    <w:p w:rsidR="00643BCC" w:rsidRPr="005D555B" w:rsidRDefault="00643BCC" w:rsidP="00CA1BF7">
      <w:pPr>
        <w:spacing w:after="0"/>
        <w:jc w:val="both"/>
        <w:rPr>
          <w:rFonts w:ascii="Arial" w:hAnsi="Arial" w:cs="Arial"/>
          <w:b/>
          <w:sz w:val="20"/>
          <w:szCs w:val="20"/>
          <w:lang w:val="es-ES_tradnl"/>
        </w:rPr>
      </w:pPr>
    </w:p>
    <w:p w:rsidR="00643BCC" w:rsidRPr="005D555B" w:rsidRDefault="00643BCC" w:rsidP="00CA1BF7">
      <w:pPr>
        <w:spacing w:after="0"/>
        <w:jc w:val="both"/>
        <w:rPr>
          <w:rFonts w:ascii="Arial" w:hAnsi="Arial" w:cs="Arial"/>
          <w:b/>
          <w:sz w:val="20"/>
          <w:szCs w:val="20"/>
          <w:lang w:val="es-ES_tradnl"/>
        </w:rPr>
      </w:pPr>
    </w:p>
    <w:p w:rsidR="00643BCC"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3. CONTEXTUALIZACIÓN</w:t>
      </w:r>
    </w:p>
    <w:p w:rsidR="00643BCC" w:rsidRPr="005D555B" w:rsidRDefault="00643BCC" w:rsidP="00CA1BF7">
      <w:pPr>
        <w:spacing w:after="0"/>
        <w:jc w:val="both"/>
        <w:rPr>
          <w:rFonts w:ascii="Arial" w:hAnsi="Arial" w:cs="Arial"/>
          <w:sz w:val="20"/>
          <w:szCs w:val="20"/>
          <w:lang w:val="es-ES_tradnl"/>
        </w:rPr>
      </w:pPr>
    </w:p>
    <w:p w:rsidR="00643BCC" w:rsidRPr="005D555B" w:rsidRDefault="00643BCC" w:rsidP="00CA1BF7">
      <w:pPr>
        <w:spacing w:after="0"/>
        <w:jc w:val="both"/>
        <w:rPr>
          <w:rFonts w:ascii="Arial" w:hAnsi="Arial" w:cs="Arial"/>
          <w:sz w:val="20"/>
          <w:szCs w:val="20"/>
          <w:lang w:val="es-ES_tradnl"/>
        </w:rPr>
      </w:pPr>
      <w:r w:rsidRPr="005D555B">
        <w:rPr>
          <w:rFonts w:ascii="Arial" w:hAnsi="Arial" w:cs="Arial"/>
          <w:sz w:val="20"/>
          <w:szCs w:val="20"/>
          <w:lang w:val="es-ES_tradnl"/>
        </w:rPr>
        <w:t>¿El hecho ya fue denunciado ante otra autoridad?</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Sí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No</w:t>
      </w:r>
      <w:r w:rsidRPr="005D555B">
        <w:rPr>
          <w:rFonts w:ascii="Arial" w:hAnsi="Arial" w:cs="Arial"/>
          <w:sz w:val="20"/>
          <w:szCs w:val="20"/>
          <w:lang w:val="es-ES_tradnl"/>
        </w:rPr>
        <w:tab/>
      </w:r>
    </w:p>
    <w:p w:rsidR="00643BCC" w:rsidRPr="005D555B" w:rsidRDefault="00643BCC" w:rsidP="00CA1BF7">
      <w:pPr>
        <w:spacing w:after="0"/>
        <w:jc w:val="both"/>
        <w:rPr>
          <w:rFonts w:ascii="Arial" w:hAnsi="Arial" w:cs="Arial"/>
          <w:sz w:val="20"/>
          <w:szCs w:val="20"/>
          <w:lang w:val="es-ES_tradnl"/>
        </w:rPr>
      </w:pPr>
      <w:r w:rsidRPr="005D555B">
        <w:rPr>
          <w:rFonts w:ascii="Arial" w:hAnsi="Arial" w:cs="Arial"/>
          <w:sz w:val="20"/>
          <w:szCs w:val="20"/>
          <w:lang w:val="es-ES_tradnl"/>
        </w:rPr>
        <w:t>¿Cuál?</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Fiscalía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Procuraduría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Contraloría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Personería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Otro: ___________________________</w:t>
      </w:r>
    </w:p>
    <w:p w:rsidR="00643BCC" w:rsidRPr="005D555B" w:rsidRDefault="00643BCC" w:rsidP="00CA1BF7">
      <w:pPr>
        <w:spacing w:after="0"/>
        <w:jc w:val="both"/>
        <w:rPr>
          <w:rFonts w:ascii="Arial" w:hAnsi="Arial" w:cs="Arial"/>
          <w:sz w:val="20"/>
          <w:szCs w:val="20"/>
          <w:lang w:val="es-ES_tradnl"/>
        </w:rPr>
      </w:pPr>
    </w:p>
    <w:p w:rsidR="00643BCC" w:rsidRPr="005D555B" w:rsidRDefault="00643BCC" w:rsidP="00CA1BF7">
      <w:pPr>
        <w:spacing w:after="0"/>
        <w:jc w:val="both"/>
        <w:rPr>
          <w:rFonts w:ascii="Arial" w:hAnsi="Arial" w:cs="Arial"/>
          <w:sz w:val="20"/>
          <w:szCs w:val="20"/>
          <w:lang w:val="es-ES_tradnl"/>
        </w:rPr>
      </w:pPr>
      <w:r w:rsidRPr="005D555B">
        <w:rPr>
          <w:rFonts w:ascii="Arial" w:hAnsi="Arial" w:cs="Arial"/>
          <w:sz w:val="20"/>
          <w:szCs w:val="20"/>
          <w:lang w:val="es-ES_tradnl"/>
        </w:rPr>
        <w:t>¿Solicita reserva de identidad?</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Sí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No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Aplica por anó</w:t>
      </w:r>
      <w:r w:rsidR="002B4D84" w:rsidRPr="005D555B">
        <w:rPr>
          <w:rFonts w:ascii="Arial" w:hAnsi="Arial" w:cs="Arial"/>
          <w:sz w:val="20"/>
          <w:szCs w:val="20"/>
          <w:lang w:val="es-ES_tradnl"/>
        </w:rPr>
        <w:t>nima</w:t>
      </w:r>
    </w:p>
    <w:p w:rsidR="00643BCC" w:rsidRPr="005D555B" w:rsidRDefault="00643BCC" w:rsidP="00CA1BF7">
      <w:pPr>
        <w:spacing w:after="0"/>
        <w:jc w:val="both"/>
        <w:rPr>
          <w:rFonts w:ascii="Arial" w:hAnsi="Arial" w:cs="Arial"/>
          <w:sz w:val="20"/>
          <w:szCs w:val="20"/>
          <w:lang w:val="es-ES_tradnl"/>
        </w:rPr>
      </w:pPr>
    </w:p>
    <w:p w:rsidR="00643BCC" w:rsidRPr="005D555B" w:rsidRDefault="00643BCC" w:rsidP="00CA1BF7">
      <w:pPr>
        <w:spacing w:after="0"/>
        <w:jc w:val="both"/>
        <w:rPr>
          <w:rFonts w:ascii="Arial" w:hAnsi="Arial" w:cs="Arial"/>
          <w:sz w:val="20"/>
          <w:szCs w:val="20"/>
          <w:lang w:val="es-ES_tradnl"/>
        </w:rPr>
      </w:pPr>
      <w:r w:rsidRPr="005D555B">
        <w:rPr>
          <w:rFonts w:ascii="Arial" w:hAnsi="Arial" w:cs="Arial"/>
          <w:sz w:val="20"/>
          <w:szCs w:val="20"/>
          <w:lang w:val="es-ES_tradnl"/>
        </w:rPr>
        <w:t>Relación con el hecho</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Víctima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Testigo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Usuario</w:t>
      </w:r>
      <w:r w:rsidR="002B4D84" w:rsidRPr="005D555B">
        <w:rPr>
          <w:rFonts w:ascii="Arial" w:hAnsi="Arial" w:cs="Arial"/>
          <w:sz w:val="20"/>
          <w:szCs w:val="20"/>
          <w:lang w:val="es-ES_tradnl"/>
        </w:rPr>
        <w:t xml:space="preserve"> </w:t>
      </w:r>
      <w:r w:rsidR="002B4D84" w:rsidRPr="005D555B">
        <w:rPr>
          <w:rFonts w:ascii="Segoe UI Symbol" w:hAnsi="Segoe UI Symbol" w:cs="Segoe UI Symbol"/>
          <w:sz w:val="20"/>
          <w:szCs w:val="20"/>
          <w:lang w:val="es-ES_tradnl"/>
        </w:rPr>
        <w:t>☐ C</w:t>
      </w:r>
      <w:r w:rsidRPr="005D555B">
        <w:rPr>
          <w:rFonts w:ascii="Arial" w:hAnsi="Arial" w:cs="Arial"/>
          <w:sz w:val="20"/>
          <w:szCs w:val="20"/>
          <w:lang w:val="es-ES_tradnl"/>
        </w:rPr>
        <w:t xml:space="preserve">ontratista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Servidor público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Otro</w:t>
      </w:r>
    </w:p>
    <w:p w:rsidR="002B4D84" w:rsidRPr="005D555B" w:rsidRDefault="002B4D84" w:rsidP="00CA1BF7">
      <w:pPr>
        <w:spacing w:after="0"/>
        <w:jc w:val="both"/>
        <w:rPr>
          <w:rFonts w:ascii="Arial" w:hAnsi="Arial" w:cs="Arial"/>
          <w:sz w:val="20"/>
          <w:szCs w:val="20"/>
          <w:lang w:val="es-ES_tradnl"/>
        </w:rPr>
      </w:pPr>
    </w:p>
    <w:p w:rsidR="002B4D84" w:rsidRPr="005D555B" w:rsidRDefault="00643BCC" w:rsidP="00CA1BF7">
      <w:pPr>
        <w:spacing w:after="0"/>
        <w:jc w:val="both"/>
        <w:rPr>
          <w:rFonts w:ascii="Arial" w:hAnsi="Arial" w:cs="Arial"/>
          <w:sz w:val="20"/>
          <w:szCs w:val="20"/>
          <w:lang w:val="es-ES_tradnl"/>
        </w:rPr>
      </w:pPr>
      <w:r w:rsidRPr="005D555B">
        <w:rPr>
          <w:rFonts w:ascii="Arial" w:hAnsi="Arial" w:cs="Arial"/>
          <w:sz w:val="20"/>
          <w:szCs w:val="20"/>
          <w:lang w:val="es-ES_tradnl"/>
        </w:rPr>
        <w:t>¿Existe riesgo inminente para el denunciante/testigos?</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Sí </w:t>
      </w:r>
      <w:r w:rsidRPr="005D555B">
        <w:rPr>
          <w:rFonts w:ascii="Segoe UI Symbol" w:hAnsi="Segoe UI Symbol" w:cs="Segoe UI Symbol"/>
          <w:sz w:val="20"/>
          <w:szCs w:val="20"/>
          <w:lang w:val="es-ES_tradnl"/>
        </w:rPr>
        <w:t>☐</w:t>
      </w:r>
      <w:r w:rsidR="002B4D84" w:rsidRPr="005D555B">
        <w:rPr>
          <w:rFonts w:ascii="Arial" w:hAnsi="Arial" w:cs="Arial"/>
          <w:sz w:val="20"/>
          <w:szCs w:val="20"/>
          <w:lang w:val="es-ES_tradnl"/>
        </w:rPr>
        <w:t xml:space="preserve"> No}</w:t>
      </w:r>
    </w:p>
    <w:p w:rsidR="002B4D84" w:rsidRPr="005D555B" w:rsidRDefault="002B4D84" w:rsidP="00CA1BF7">
      <w:pPr>
        <w:spacing w:after="0"/>
        <w:jc w:val="both"/>
        <w:rPr>
          <w:rFonts w:ascii="Arial" w:hAnsi="Arial" w:cs="Arial"/>
          <w:sz w:val="20"/>
          <w:szCs w:val="20"/>
          <w:lang w:val="es-ES_tradnl"/>
        </w:rPr>
      </w:pPr>
    </w:p>
    <w:p w:rsidR="002B4D84" w:rsidRPr="005D555B" w:rsidRDefault="00643BCC" w:rsidP="00CA1BF7">
      <w:pPr>
        <w:spacing w:after="0"/>
        <w:jc w:val="both"/>
        <w:rPr>
          <w:rFonts w:ascii="Arial" w:hAnsi="Arial" w:cs="Arial"/>
          <w:sz w:val="20"/>
          <w:szCs w:val="20"/>
          <w:lang w:val="es-ES_tradnl"/>
        </w:rPr>
      </w:pPr>
      <w:r w:rsidRPr="005D555B">
        <w:rPr>
          <w:rFonts w:ascii="Arial" w:hAnsi="Arial" w:cs="Arial"/>
          <w:sz w:val="20"/>
          <w:szCs w:val="20"/>
          <w:lang w:val="es-ES_tradnl"/>
        </w:rPr>
        <w:t>Observació</w:t>
      </w:r>
      <w:r w:rsidR="002B4D84" w:rsidRPr="005D555B">
        <w:rPr>
          <w:rFonts w:ascii="Arial" w:hAnsi="Arial" w:cs="Arial"/>
          <w:sz w:val="20"/>
          <w:szCs w:val="20"/>
          <w:lang w:val="es-ES_tradnl"/>
        </w:rPr>
        <w:t>n _________________________________________________________________________</w:t>
      </w:r>
    </w:p>
    <w:p w:rsidR="00643BCC" w:rsidRPr="005D555B" w:rsidRDefault="002B4D84"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________________________________________________________________________________________________________________________________________________________________________</w:t>
      </w:r>
    </w:p>
    <w:p w:rsidR="002B4D84" w:rsidRPr="005D555B" w:rsidRDefault="002B4D84"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4. CIRCUNSTANCIAS DE TIEMPO Y LUGAR</w:t>
      </w:r>
    </w:p>
    <w:p w:rsidR="00CA1BF7" w:rsidRPr="005D555B" w:rsidRDefault="00CA1BF7" w:rsidP="00CA1BF7">
      <w:pPr>
        <w:spacing w:after="0"/>
        <w:jc w:val="both"/>
        <w:rPr>
          <w:rFonts w:ascii="Arial" w:hAnsi="Arial" w:cs="Arial"/>
          <w:b/>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Fecha desde (DD/MM/AA)</w:t>
      </w:r>
      <w:r w:rsidRPr="005D555B">
        <w:rPr>
          <w:rFonts w:ascii="Arial" w:hAnsi="Arial" w:cs="Arial"/>
          <w:sz w:val="20"/>
          <w:szCs w:val="20"/>
          <w:lang w:val="es-ES_tradnl"/>
        </w:rPr>
        <w:tab/>
        <w:t>____/____/______</w:t>
      </w:r>
      <w:r w:rsidRPr="005D555B">
        <w:rPr>
          <w:rFonts w:ascii="Arial" w:hAnsi="Arial" w:cs="Arial"/>
          <w:sz w:val="20"/>
          <w:szCs w:val="20"/>
          <w:lang w:val="es-ES_tradnl"/>
        </w:rPr>
        <w:tab/>
        <w:t>Fecha hasta (D/M/A)</w:t>
      </w:r>
      <w:r w:rsidRPr="005D555B">
        <w:rPr>
          <w:rFonts w:ascii="Arial" w:hAnsi="Arial" w:cs="Arial"/>
          <w:sz w:val="20"/>
          <w:szCs w:val="20"/>
          <w:lang w:val="es-ES_tradnl"/>
        </w:rPr>
        <w:tab/>
        <w:t>____/____/______</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Departamento / Municipio</w:t>
      </w:r>
      <w:r w:rsidRPr="005D555B">
        <w:rPr>
          <w:rFonts w:ascii="Arial" w:hAnsi="Arial" w:cs="Arial"/>
          <w:sz w:val="20"/>
          <w:szCs w:val="20"/>
          <w:lang w:val="es-ES_tradnl"/>
        </w:rPr>
        <w:tab/>
        <w:t>________________________</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Barrio / Vereda</w:t>
      </w:r>
      <w:r w:rsidRPr="005D555B">
        <w:rPr>
          <w:rFonts w:ascii="Arial" w:hAnsi="Arial" w:cs="Arial"/>
          <w:sz w:val="20"/>
          <w:szCs w:val="20"/>
          <w:lang w:val="es-ES_tradnl"/>
        </w:rPr>
        <w:tab/>
        <w:t>________________________</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Dirección / Sitio / Dependencia: __________________________________________________________</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5. RELATO CLARO Y PRECISO DE LOS HECHOS</w:t>
      </w:r>
    </w:p>
    <w:p w:rsidR="00C904F3" w:rsidRPr="005D555B" w:rsidRDefault="00C904F3" w:rsidP="00CA1BF7">
      <w:pPr>
        <w:spacing w:after="0"/>
        <w:jc w:val="both"/>
        <w:rPr>
          <w:rFonts w:ascii="Arial" w:hAnsi="Arial" w:cs="Arial"/>
          <w:sz w:val="20"/>
          <w:szCs w:val="20"/>
          <w:lang w:val="es-ES_tradnl"/>
        </w:rPr>
      </w:pPr>
      <w:r w:rsidRPr="005D555B">
        <w:rPr>
          <w:rFonts w:ascii="Arial" w:hAnsi="Arial" w:cs="Arial"/>
          <w:sz w:val="20"/>
          <w:szCs w:val="20"/>
          <w:lang w:val="es-ES_tradnl"/>
        </w:rPr>
        <w:t>Describa qué ocurrió, cómo ocurrieron los hechos, cuándo y dónde sucedieron, quiénes participaron (si lo conoce) y qué recursos o bienes se afectaron.</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lastRenderedPageBreak/>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765399" w:rsidRPr="005D555B" w:rsidRDefault="00765399" w:rsidP="00765399">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DA1B34" w:rsidRPr="005D555B" w:rsidRDefault="00DA1B34" w:rsidP="00DA1B34">
      <w:pPr>
        <w:spacing w:after="0"/>
        <w:jc w:val="both"/>
        <w:rPr>
          <w:rFonts w:ascii="Arial" w:hAnsi="Arial" w:cs="Arial"/>
          <w:sz w:val="20"/>
          <w:szCs w:val="20"/>
          <w:lang w:val="es-ES_tradnl"/>
        </w:rPr>
      </w:pPr>
      <w:r w:rsidRPr="005D555B">
        <w:rPr>
          <w:rFonts w:ascii="Arial" w:hAnsi="Arial" w:cs="Arial"/>
          <w:sz w:val="20"/>
          <w:szCs w:val="20"/>
          <w:lang w:val="es-ES_tradnl"/>
        </w:rPr>
        <w:t>____________________________________________________________________________________</w:t>
      </w:r>
    </w:p>
    <w:p w:rsidR="005D555B" w:rsidRPr="005D555B" w:rsidRDefault="005D555B" w:rsidP="00CA1BF7">
      <w:pPr>
        <w:spacing w:after="0"/>
        <w:jc w:val="both"/>
        <w:rPr>
          <w:rFonts w:ascii="Arial" w:hAnsi="Arial" w:cs="Arial"/>
          <w:b/>
          <w:sz w:val="20"/>
          <w:szCs w:val="20"/>
          <w:u w:val="single"/>
          <w:lang w:val="es-ES_tradnl"/>
        </w:rPr>
      </w:pPr>
    </w:p>
    <w:p w:rsidR="005D555B" w:rsidRPr="005D555B" w:rsidRDefault="005D555B" w:rsidP="00CA1BF7">
      <w:pPr>
        <w:spacing w:after="0"/>
        <w:jc w:val="both"/>
        <w:rPr>
          <w:rFonts w:ascii="Arial" w:hAnsi="Arial" w:cs="Arial"/>
          <w:b/>
          <w:sz w:val="20"/>
          <w:szCs w:val="20"/>
          <w:u w:val="single"/>
          <w:lang w:val="es-ES_tradnl"/>
        </w:rPr>
      </w:pPr>
    </w:p>
    <w:p w:rsidR="00CA1BF7" w:rsidRPr="005D555B" w:rsidRDefault="00C904F3" w:rsidP="00CA1BF7">
      <w:pPr>
        <w:spacing w:after="0"/>
        <w:jc w:val="both"/>
        <w:rPr>
          <w:rFonts w:ascii="Arial" w:hAnsi="Arial" w:cs="Arial"/>
          <w:sz w:val="20"/>
          <w:szCs w:val="20"/>
          <w:u w:val="single"/>
          <w:lang w:val="es-ES_tradnl"/>
        </w:rPr>
      </w:pPr>
      <w:r w:rsidRPr="005D555B">
        <w:rPr>
          <w:rFonts w:ascii="Arial" w:hAnsi="Arial" w:cs="Arial"/>
          <w:b/>
          <w:sz w:val="20"/>
          <w:szCs w:val="20"/>
          <w:u w:val="single"/>
          <w:lang w:val="es-ES_tradnl"/>
        </w:rPr>
        <w:t>6. CLASIFICACIÓN PRELIMINAR (Marcar X)</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Penal</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Disciplinaria/administrativa</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Fiscal</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Otro: __________________________</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p>
    <w:p w:rsidR="00CA1BF7" w:rsidRPr="005D555B" w:rsidRDefault="00C904F3" w:rsidP="00CA1BF7">
      <w:pPr>
        <w:spacing w:after="0"/>
        <w:jc w:val="both"/>
        <w:rPr>
          <w:rFonts w:ascii="Arial" w:hAnsi="Arial" w:cs="Arial"/>
          <w:b/>
          <w:sz w:val="20"/>
          <w:szCs w:val="20"/>
          <w:u w:val="single"/>
          <w:lang w:val="es-ES_tradnl"/>
        </w:rPr>
      </w:pPr>
      <w:r w:rsidRPr="005D555B">
        <w:rPr>
          <w:rFonts w:ascii="Arial" w:hAnsi="Arial" w:cs="Arial"/>
          <w:b/>
          <w:sz w:val="20"/>
          <w:szCs w:val="20"/>
          <w:u w:val="single"/>
          <w:lang w:val="es-ES_tradnl"/>
        </w:rPr>
        <w:t>7. PRUEBAS Y ANEXOS</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Anexo/Evidencia 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Tipo</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Documental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Foto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Audio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Video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Otro</w:t>
      </w:r>
      <w:r w:rsidRPr="005D555B">
        <w:rPr>
          <w:rFonts w:ascii="Arial" w:hAnsi="Arial" w:cs="Arial"/>
          <w:sz w:val="20"/>
          <w:szCs w:val="20"/>
          <w:lang w:val="es-ES_tradnl"/>
        </w:rPr>
        <w:tab/>
      </w:r>
      <w:r w:rsidRPr="005D555B">
        <w:rPr>
          <w:rFonts w:ascii="Arial" w:hAnsi="Arial" w:cs="Arial"/>
          <w:sz w:val="20"/>
          <w:szCs w:val="20"/>
          <w:lang w:val="es-ES_tradnl"/>
        </w:rPr>
        <w:tab/>
        <w:t>Medio</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Digital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Físico</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Cantidad/Observación 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Anexo/Evidencia ______________________________________________________________________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Tipo</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Documental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Foto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Audio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Video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Otro</w:t>
      </w:r>
      <w:r w:rsidRPr="005D555B">
        <w:rPr>
          <w:rFonts w:ascii="Arial" w:hAnsi="Arial" w:cs="Arial"/>
          <w:sz w:val="20"/>
          <w:szCs w:val="20"/>
          <w:lang w:val="es-ES_tradnl"/>
        </w:rPr>
        <w:tab/>
      </w:r>
      <w:r w:rsidRPr="005D555B">
        <w:rPr>
          <w:rFonts w:ascii="Arial" w:hAnsi="Arial" w:cs="Arial"/>
          <w:sz w:val="20"/>
          <w:szCs w:val="20"/>
          <w:lang w:val="es-ES_tradnl"/>
        </w:rPr>
        <w:tab/>
        <w:t>Medio</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Digital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Físico</w:t>
      </w:r>
    </w:p>
    <w:p w:rsidR="00CA1BF7" w:rsidRPr="005D555B" w:rsidRDefault="00CA1BF7" w:rsidP="00CA1BF7">
      <w:pPr>
        <w:spacing w:after="0"/>
        <w:jc w:val="both"/>
        <w:rPr>
          <w:rFonts w:ascii="Arial" w:hAnsi="Arial" w:cs="Arial"/>
          <w:sz w:val="20"/>
          <w:szCs w:val="20"/>
          <w:lang w:val="es-ES_tradnl"/>
        </w:rPr>
      </w:pPr>
      <w:r w:rsidRPr="005D555B">
        <w:rPr>
          <w:rFonts w:ascii="Arial" w:hAnsi="Arial" w:cs="Arial"/>
          <w:sz w:val="20"/>
          <w:szCs w:val="20"/>
          <w:lang w:val="es-ES_tradnl"/>
        </w:rPr>
        <w:t>Cantidad/Observación __________________________________________________________________</w:t>
      </w:r>
    </w:p>
    <w:p w:rsidR="00CA1BF7" w:rsidRPr="005D555B" w:rsidRDefault="00CA1BF7" w:rsidP="00CA1BF7">
      <w:pPr>
        <w:spacing w:after="0"/>
        <w:jc w:val="both"/>
        <w:rPr>
          <w:rFonts w:ascii="Arial" w:hAnsi="Arial" w:cs="Arial"/>
          <w:sz w:val="20"/>
          <w:szCs w:val="20"/>
          <w:lang w:val="es-ES_tradnl"/>
        </w:rPr>
      </w:pPr>
    </w:p>
    <w:p w:rsidR="00CA1BF7" w:rsidRDefault="00CA1BF7" w:rsidP="00CA1BF7">
      <w:pPr>
        <w:spacing w:after="0"/>
        <w:jc w:val="both"/>
        <w:rPr>
          <w:rFonts w:ascii="Arial" w:hAnsi="Arial" w:cs="Arial"/>
          <w:sz w:val="20"/>
          <w:szCs w:val="20"/>
          <w:lang w:val="es-ES_tradnl"/>
        </w:rPr>
      </w:pPr>
    </w:p>
    <w:p w:rsidR="006A0D53" w:rsidRPr="005D555B" w:rsidRDefault="006A0D53" w:rsidP="006A0D53">
      <w:pPr>
        <w:spacing w:after="0"/>
        <w:jc w:val="both"/>
        <w:rPr>
          <w:rFonts w:ascii="Arial" w:hAnsi="Arial" w:cs="Arial"/>
          <w:sz w:val="20"/>
          <w:szCs w:val="20"/>
          <w:lang w:val="es-ES_tradnl"/>
        </w:rPr>
      </w:pPr>
      <w:r>
        <w:rPr>
          <w:rFonts w:ascii="Arial" w:hAnsi="Arial" w:cs="Arial"/>
          <w:sz w:val="20"/>
          <w:szCs w:val="20"/>
          <w:lang w:val="es-ES_tradnl"/>
        </w:rPr>
        <w:t>DENUNCIANTE Y/O PETICIONARIO:</w:t>
      </w:r>
    </w:p>
    <w:p w:rsidR="006A0D53" w:rsidRPr="005D555B" w:rsidRDefault="006A0D53" w:rsidP="006A0D53">
      <w:pPr>
        <w:spacing w:after="0"/>
        <w:jc w:val="both"/>
        <w:rPr>
          <w:rFonts w:ascii="Arial" w:hAnsi="Arial" w:cs="Arial"/>
          <w:sz w:val="20"/>
          <w:szCs w:val="20"/>
          <w:lang w:val="es-ES_tradnl"/>
        </w:rPr>
      </w:pPr>
    </w:p>
    <w:p w:rsidR="006A0D53" w:rsidRDefault="006A0D53" w:rsidP="006A0D53">
      <w:pPr>
        <w:spacing w:after="0"/>
        <w:jc w:val="both"/>
        <w:rPr>
          <w:rFonts w:ascii="Arial" w:hAnsi="Arial" w:cs="Arial"/>
          <w:sz w:val="20"/>
          <w:szCs w:val="20"/>
          <w:lang w:val="es-ES_tradnl"/>
        </w:rPr>
      </w:pPr>
      <w:r w:rsidRPr="005D555B">
        <w:rPr>
          <w:rFonts w:ascii="Arial" w:hAnsi="Arial" w:cs="Arial"/>
          <w:sz w:val="20"/>
          <w:szCs w:val="20"/>
          <w:lang w:val="es-ES_tradnl"/>
        </w:rPr>
        <w:t>Nombre</w:t>
      </w:r>
      <w:r w:rsidRPr="005D555B">
        <w:rPr>
          <w:rFonts w:ascii="Arial" w:hAnsi="Arial" w:cs="Arial"/>
          <w:sz w:val="20"/>
          <w:szCs w:val="20"/>
          <w:lang w:val="es-ES_tradnl"/>
        </w:rPr>
        <w:tab/>
        <w:t xml:space="preserve"> _________________</w:t>
      </w:r>
      <w:r>
        <w:rPr>
          <w:rFonts w:ascii="Arial" w:hAnsi="Arial" w:cs="Arial"/>
          <w:sz w:val="20"/>
          <w:szCs w:val="20"/>
          <w:lang w:val="es-ES_tradnl"/>
        </w:rPr>
        <w:t>______________</w:t>
      </w:r>
      <w:r>
        <w:rPr>
          <w:rFonts w:ascii="Arial" w:hAnsi="Arial" w:cs="Arial"/>
          <w:sz w:val="20"/>
          <w:szCs w:val="20"/>
          <w:lang w:val="es-ES_tradnl"/>
        </w:rPr>
        <w:t>_________________________________________</w:t>
      </w:r>
      <w:r>
        <w:rPr>
          <w:rFonts w:ascii="Arial" w:hAnsi="Arial" w:cs="Arial"/>
          <w:sz w:val="20"/>
          <w:szCs w:val="20"/>
          <w:lang w:val="es-ES_tradnl"/>
        </w:rPr>
        <w:t>_____</w:t>
      </w:r>
      <w:r w:rsidRPr="005D555B">
        <w:rPr>
          <w:rFonts w:ascii="Arial" w:hAnsi="Arial" w:cs="Arial"/>
          <w:sz w:val="20"/>
          <w:szCs w:val="20"/>
          <w:lang w:val="es-ES_tradnl"/>
        </w:rPr>
        <w:tab/>
      </w:r>
    </w:p>
    <w:p w:rsidR="006A0D53" w:rsidRPr="005D555B" w:rsidRDefault="006A0D53" w:rsidP="006A0D53">
      <w:pPr>
        <w:spacing w:after="0"/>
        <w:jc w:val="both"/>
        <w:rPr>
          <w:rFonts w:ascii="Arial" w:hAnsi="Arial" w:cs="Arial"/>
          <w:sz w:val="20"/>
          <w:szCs w:val="20"/>
          <w:lang w:val="es-ES_tradnl"/>
        </w:rPr>
      </w:pPr>
      <w:r w:rsidRPr="005D555B">
        <w:rPr>
          <w:rFonts w:ascii="Arial" w:hAnsi="Arial" w:cs="Arial"/>
          <w:sz w:val="20"/>
          <w:szCs w:val="20"/>
          <w:lang w:val="es-ES_tradnl"/>
        </w:rPr>
        <w:t>Documento ______________</w:t>
      </w:r>
      <w:r>
        <w:rPr>
          <w:rFonts w:ascii="Arial" w:hAnsi="Arial" w:cs="Arial"/>
          <w:sz w:val="20"/>
          <w:szCs w:val="20"/>
          <w:lang w:val="es-ES_tradnl"/>
        </w:rPr>
        <w:t>___________________</w:t>
      </w:r>
      <w:r w:rsidRPr="005D555B">
        <w:rPr>
          <w:rFonts w:ascii="Arial" w:hAnsi="Arial" w:cs="Arial"/>
          <w:sz w:val="20"/>
          <w:szCs w:val="20"/>
          <w:lang w:val="es-ES_tradnl"/>
        </w:rPr>
        <w:t>__</w:t>
      </w:r>
    </w:p>
    <w:p w:rsidR="006A0D53" w:rsidRPr="005D555B" w:rsidRDefault="006A0D53" w:rsidP="006A0D53">
      <w:pPr>
        <w:spacing w:after="0"/>
        <w:jc w:val="both"/>
        <w:rPr>
          <w:rFonts w:ascii="Arial" w:hAnsi="Arial" w:cs="Arial"/>
          <w:sz w:val="20"/>
          <w:szCs w:val="20"/>
          <w:lang w:val="es-ES_tradnl"/>
        </w:rPr>
      </w:pPr>
    </w:p>
    <w:p w:rsidR="006A0D53" w:rsidRDefault="006A0D53" w:rsidP="006A0D53">
      <w:pPr>
        <w:spacing w:after="0"/>
        <w:jc w:val="both"/>
        <w:rPr>
          <w:rFonts w:ascii="Arial" w:hAnsi="Arial" w:cs="Arial"/>
          <w:sz w:val="20"/>
          <w:szCs w:val="20"/>
          <w:lang w:val="es-ES_tradnl"/>
        </w:rPr>
      </w:pPr>
    </w:p>
    <w:p w:rsidR="006A0D53" w:rsidRPr="005D555B" w:rsidRDefault="006A0D53" w:rsidP="006A0D53">
      <w:pPr>
        <w:spacing w:after="0"/>
        <w:jc w:val="both"/>
        <w:rPr>
          <w:rFonts w:ascii="Arial" w:hAnsi="Arial" w:cs="Arial"/>
          <w:sz w:val="20"/>
          <w:szCs w:val="20"/>
          <w:lang w:val="es-ES_tradnl"/>
        </w:rPr>
      </w:pPr>
    </w:p>
    <w:p w:rsidR="006A0D53" w:rsidRPr="005D555B" w:rsidRDefault="006A0D53" w:rsidP="006A0D53">
      <w:pPr>
        <w:spacing w:after="0"/>
        <w:jc w:val="both"/>
        <w:rPr>
          <w:rFonts w:ascii="Arial" w:hAnsi="Arial" w:cs="Arial"/>
          <w:sz w:val="20"/>
          <w:szCs w:val="20"/>
          <w:lang w:val="es-ES_tradnl"/>
        </w:rPr>
      </w:pPr>
      <w:r w:rsidRPr="005D555B">
        <w:rPr>
          <w:rFonts w:ascii="Arial" w:hAnsi="Arial" w:cs="Arial"/>
          <w:sz w:val="20"/>
          <w:szCs w:val="20"/>
          <w:lang w:val="es-ES_tradnl"/>
        </w:rPr>
        <w:t>Firma</w:t>
      </w:r>
      <w:r w:rsidRPr="005D555B">
        <w:rPr>
          <w:rFonts w:ascii="Arial" w:hAnsi="Arial" w:cs="Arial"/>
          <w:sz w:val="20"/>
          <w:szCs w:val="20"/>
          <w:lang w:val="es-ES_tradnl"/>
        </w:rPr>
        <w:tab/>
        <w:t>_______________________________________</w:t>
      </w:r>
    </w:p>
    <w:p w:rsidR="006A0D53" w:rsidRPr="005D555B" w:rsidRDefault="006A0D53" w:rsidP="006A0D53">
      <w:pPr>
        <w:spacing w:after="0"/>
        <w:jc w:val="both"/>
        <w:rPr>
          <w:rFonts w:ascii="Arial" w:hAnsi="Arial" w:cs="Arial"/>
          <w:sz w:val="20"/>
          <w:szCs w:val="20"/>
          <w:lang w:val="es-ES_tradnl"/>
        </w:rPr>
      </w:pPr>
    </w:p>
    <w:p w:rsidR="006A0D53" w:rsidRDefault="006A0D53" w:rsidP="00CA1BF7">
      <w:pPr>
        <w:spacing w:after="0"/>
        <w:jc w:val="both"/>
        <w:rPr>
          <w:rFonts w:ascii="Arial" w:hAnsi="Arial" w:cs="Arial"/>
          <w:sz w:val="20"/>
          <w:szCs w:val="20"/>
          <w:lang w:val="es-ES_tradnl"/>
        </w:rPr>
      </w:pPr>
    </w:p>
    <w:p w:rsidR="006A0D53" w:rsidRPr="005D555B" w:rsidRDefault="006A0D53" w:rsidP="00CA1BF7">
      <w:pPr>
        <w:spacing w:after="0"/>
        <w:jc w:val="both"/>
        <w:rPr>
          <w:rFonts w:ascii="Arial" w:hAnsi="Arial" w:cs="Arial"/>
          <w:sz w:val="20"/>
          <w:szCs w:val="20"/>
          <w:lang w:val="es-ES_tradnl"/>
        </w:rPr>
      </w:pPr>
      <w:bookmarkStart w:id="0" w:name="_GoBack"/>
      <w:bookmarkEnd w:id="0"/>
    </w:p>
    <w:p w:rsidR="00C904F3" w:rsidRPr="006A0D53" w:rsidRDefault="006A0D53" w:rsidP="00CA1BF7">
      <w:pPr>
        <w:spacing w:after="0"/>
        <w:jc w:val="both"/>
        <w:rPr>
          <w:rFonts w:ascii="Arial" w:hAnsi="Arial" w:cs="Arial"/>
          <w:sz w:val="20"/>
          <w:szCs w:val="20"/>
          <w:u w:val="single"/>
          <w:lang w:val="es-ES_tradnl"/>
        </w:rPr>
      </w:pPr>
      <w:r w:rsidRPr="006A0D53">
        <w:rPr>
          <w:rFonts w:ascii="Arial" w:hAnsi="Arial" w:cs="Arial"/>
          <w:sz w:val="20"/>
          <w:szCs w:val="20"/>
          <w:u w:val="single"/>
          <w:lang w:val="es-ES_tradnl"/>
        </w:rPr>
        <w:t>Espacio exclusivo para INFIBAGUÉ (recepción y direccionamiento)</w:t>
      </w:r>
    </w:p>
    <w:p w:rsidR="00765399" w:rsidRPr="005D555B" w:rsidRDefault="00765399" w:rsidP="00CA1BF7">
      <w:pPr>
        <w:spacing w:after="0"/>
        <w:jc w:val="both"/>
        <w:rPr>
          <w:rFonts w:ascii="Arial" w:hAnsi="Arial" w:cs="Arial"/>
          <w:b/>
          <w:sz w:val="20"/>
          <w:szCs w:val="20"/>
          <w:lang w:val="es-ES_tradnl"/>
        </w:rPr>
      </w:pPr>
    </w:p>
    <w:p w:rsidR="00765399" w:rsidRPr="005D555B" w:rsidRDefault="00765399" w:rsidP="00765399">
      <w:pPr>
        <w:spacing w:after="0"/>
        <w:jc w:val="both"/>
        <w:rPr>
          <w:rFonts w:ascii="Arial" w:hAnsi="Arial" w:cs="Arial"/>
          <w:sz w:val="20"/>
          <w:szCs w:val="20"/>
          <w:lang w:val="es-ES_tradnl"/>
        </w:rPr>
      </w:pPr>
      <w:r w:rsidRPr="005D555B">
        <w:rPr>
          <w:rFonts w:ascii="Arial" w:hAnsi="Arial" w:cs="Arial"/>
          <w:sz w:val="20"/>
          <w:szCs w:val="20"/>
          <w:lang w:val="es-ES_tradnl"/>
        </w:rPr>
        <w:t>Recibe (nombre y cargo) ________________________________________________________________</w:t>
      </w:r>
    </w:p>
    <w:p w:rsidR="00765399" w:rsidRPr="005D555B" w:rsidRDefault="00765399" w:rsidP="00765399">
      <w:pPr>
        <w:spacing w:after="0"/>
        <w:jc w:val="both"/>
        <w:rPr>
          <w:rFonts w:ascii="Arial" w:hAnsi="Arial" w:cs="Arial"/>
          <w:sz w:val="20"/>
          <w:szCs w:val="20"/>
          <w:lang w:val="es-ES_tradnl"/>
        </w:rPr>
      </w:pPr>
    </w:p>
    <w:p w:rsidR="00765399" w:rsidRPr="005D555B" w:rsidRDefault="00765399" w:rsidP="00765399">
      <w:pPr>
        <w:spacing w:after="0"/>
        <w:jc w:val="both"/>
        <w:rPr>
          <w:rFonts w:ascii="Arial" w:hAnsi="Arial" w:cs="Arial"/>
          <w:sz w:val="20"/>
          <w:szCs w:val="20"/>
          <w:lang w:val="es-ES_tradnl"/>
        </w:rPr>
      </w:pPr>
      <w:r w:rsidRPr="005D555B">
        <w:rPr>
          <w:rFonts w:ascii="Arial" w:hAnsi="Arial" w:cs="Arial"/>
          <w:sz w:val="20"/>
          <w:szCs w:val="20"/>
          <w:lang w:val="es-ES_tradnl"/>
        </w:rPr>
        <w:t>Fecha y hora</w:t>
      </w:r>
      <w:r w:rsidRPr="005D555B">
        <w:rPr>
          <w:rFonts w:ascii="Arial" w:hAnsi="Arial" w:cs="Arial"/>
          <w:sz w:val="20"/>
          <w:szCs w:val="20"/>
          <w:lang w:val="es-ES_tradnl"/>
        </w:rPr>
        <w:tab/>
        <w:t>____/____/______ - ___</w:t>
      </w:r>
      <w:proofErr w:type="gramStart"/>
      <w:r w:rsidRPr="005D555B">
        <w:rPr>
          <w:rFonts w:ascii="Arial" w:hAnsi="Arial" w:cs="Arial"/>
          <w:sz w:val="20"/>
          <w:szCs w:val="20"/>
          <w:lang w:val="es-ES_tradnl"/>
        </w:rPr>
        <w:t>_:_</w:t>
      </w:r>
      <w:proofErr w:type="gramEnd"/>
      <w:r w:rsidRPr="005D555B">
        <w:rPr>
          <w:rFonts w:ascii="Arial" w:hAnsi="Arial" w:cs="Arial"/>
          <w:sz w:val="20"/>
          <w:szCs w:val="20"/>
          <w:lang w:val="es-ES_tradnl"/>
        </w:rPr>
        <w:t>___</w:t>
      </w:r>
      <w:r w:rsidR="006A0D53">
        <w:rPr>
          <w:rFonts w:ascii="Arial" w:hAnsi="Arial" w:cs="Arial"/>
          <w:sz w:val="20"/>
          <w:szCs w:val="20"/>
          <w:lang w:val="es-ES_tradnl"/>
        </w:rPr>
        <w:tab/>
      </w:r>
      <w:r w:rsidRPr="005D555B">
        <w:rPr>
          <w:rFonts w:ascii="Arial" w:hAnsi="Arial" w:cs="Arial"/>
          <w:sz w:val="20"/>
          <w:szCs w:val="20"/>
          <w:lang w:val="es-ES_tradnl"/>
        </w:rPr>
        <w:t>Radicado</w:t>
      </w:r>
      <w:r w:rsidRPr="005D555B">
        <w:rPr>
          <w:rFonts w:ascii="Arial" w:hAnsi="Arial" w:cs="Arial"/>
          <w:sz w:val="20"/>
          <w:szCs w:val="20"/>
          <w:lang w:val="es-ES_tradnl"/>
        </w:rPr>
        <w:tab/>
        <w:t>________________________</w:t>
      </w:r>
    </w:p>
    <w:p w:rsidR="00765399" w:rsidRPr="005D555B" w:rsidRDefault="00765399" w:rsidP="00765399">
      <w:pPr>
        <w:spacing w:after="0"/>
        <w:jc w:val="both"/>
        <w:rPr>
          <w:rFonts w:ascii="Arial" w:hAnsi="Arial" w:cs="Arial"/>
          <w:sz w:val="20"/>
          <w:szCs w:val="20"/>
          <w:lang w:val="es-ES_tradnl"/>
        </w:rPr>
      </w:pPr>
      <w:r w:rsidRPr="005D555B">
        <w:rPr>
          <w:rFonts w:ascii="Arial" w:hAnsi="Arial" w:cs="Arial"/>
          <w:sz w:val="20"/>
          <w:szCs w:val="20"/>
          <w:lang w:val="es-ES_tradnl"/>
        </w:rPr>
        <w:t>Direccionamiento (Marcar X)</w:t>
      </w:r>
      <w:r w:rsidRPr="005D555B">
        <w:rPr>
          <w:rFonts w:ascii="Arial" w:hAnsi="Arial" w:cs="Arial"/>
          <w:sz w:val="20"/>
          <w:szCs w:val="20"/>
          <w:lang w:val="es-ES_tradnl"/>
        </w:rPr>
        <w:tab/>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Control Disciplinario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Fiscalía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Procuraduría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Contraloría </w:t>
      </w:r>
    </w:p>
    <w:p w:rsidR="00765399" w:rsidRPr="005D555B" w:rsidRDefault="00765399" w:rsidP="00765399">
      <w:pPr>
        <w:spacing w:after="0"/>
        <w:jc w:val="both"/>
        <w:rPr>
          <w:rFonts w:ascii="Arial" w:hAnsi="Arial" w:cs="Arial"/>
          <w:sz w:val="20"/>
          <w:szCs w:val="20"/>
          <w:lang w:val="es-ES_tradnl"/>
        </w:rPr>
      </w:pP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Personería </w:t>
      </w:r>
      <w:r w:rsidRPr="005D555B">
        <w:rPr>
          <w:rFonts w:ascii="Segoe UI Symbol" w:hAnsi="Segoe UI Symbol" w:cs="Segoe UI Symbol"/>
          <w:sz w:val="20"/>
          <w:szCs w:val="20"/>
          <w:lang w:val="es-ES_tradnl"/>
        </w:rPr>
        <w:t>☐</w:t>
      </w:r>
      <w:r w:rsidRPr="005D555B">
        <w:rPr>
          <w:rFonts w:ascii="Arial" w:hAnsi="Arial" w:cs="Arial"/>
          <w:sz w:val="20"/>
          <w:szCs w:val="20"/>
          <w:lang w:val="es-ES_tradnl"/>
        </w:rPr>
        <w:t xml:space="preserve"> Otro: __</w:t>
      </w:r>
      <w:r w:rsidR="00DA1B34" w:rsidRPr="005D555B">
        <w:rPr>
          <w:rFonts w:ascii="Arial" w:hAnsi="Arial" w:cs="Arial"/>
          <w:sz w:val="20"/>
          <w:szCs w:val="20"/>
          <w:lang w:val="es-ES_tradnl"/>
        </w:rPr>
        <w:t>_______________________________________________________________</w:t>
      </w:r>
      <w:r w:rsidRPr="005D555B">
        <w:rPr>
          <w:rFonts w:ascii="Arial" w:hAnsi="Arial" w:cs="Arial"/>
          <w:sz w:val="20"/>
          <w:szCs w:val="20"/>
          <w:lang w:val="es-ES_tradnl"/>
        </w:rPr>
        <w:t>__</w:t>
      </w:r>
    </w:p>
    <w:p w:rsidR="00765399" w:rsidRPr="005D555B" w:rsidRDefault="00765399" w:rsidP="00765399">
      <w:pPr>
        <w:spacing w:after="0"/>
        <w:jc w:val="both"/>
        <w:rPr>
          <w:rFonts w:ascii="Arial" w:hAnsi="Arial" w:cs="Arial"/>
          <w:sz w:val="20"/>
          <w:szCs w:val="20"/>
          <w:lang w:val="es-ES_tradnl"/>
        </w:rPr>
      </w:pPr>
    </w:p>
    <w:p w:rsidR="005D555B" w:rsidRPr="005D555B" w:rsidRDefault="005D555B" w:rsidP="00765399">
      <w:pPr>
        <w:spacing w:after="0"/>
        <w:jc w:val="both"/>
        <w:rPr>
          <w:rFonts w:ascii="Arial" w:hAnsi="Arial" w:cs="Arial"/>
          <w:sz w:val="20"/>
          <w:szCs w:val="20"/>
          <w:lang w:val="es-ES_tradnl"/>
        </w:rPr>
      </w:pPr>
    </w:p>
    <w:p w:rsidR="00C904F3" w:rsidRPr="005D555B" w:rsidRDefault="00C904F3" w:rsidP="00CA1BF7">
      <w:pPr>
        <w:spacing w:after="0"/>
        <w:jc w:val="both"/>
        <w:rPr>
          <w:rFonts w:ascii="Arial" w:hAnsi="Arial" w:cs="Arial"/>
          <w:sz w:val="16"/>
          <w:szCs w:val="16"/>
          <w:lang w:val="es-ES_tradnl"/>
        </w:rPr>
      </w:pPr>
      <w:r w:rsidRPr="005D555B">
        <w:rPr>
          <w:rFonts w:ascii="Arial" w:hAnsi="Arial" w:cs="Arial"/>
          <w:b/>
          <w:sz w:val="16"/>
          <w:szCs w:val="16"/>
          <w:lang w:val="es-ES_tradnl"/>
        </w:rPr>
        <w:t>EVITE ENGAÑOS: Todo trámite ante INFIBAGUÉ es gratuito. Use únicamente canales oficiales.</w:t>
      </w:r>
    </w:p>
    <w:p w:rsidR="00C904F3" w:rsidRPr="005D555B" w:rsidRDefault="00C904F3" w:rsidP="00CA1BF7">
      <w:pPr>
        <w:spacing w:after="0"/>
        <w:jc w:val="both"/>
        <w:rPr>
          <w:rFonts w:ascii="Arial" w:hAnsi="Arial" w:cs="Arial"/>
          <w:sz w:val="20"/>
          <w:szCs w:val="20"/>
          <w:lang w:val="es-ES_tradnl"/>
        </w:rPr>
      </w:pPr>
    </w:p>
    <w:sectPr w:rsidR="00C904F3" w:rsidRPr="005D555B" w:rsidSect="00DA1B34">
      <w:headerReference w:type="default" r:id="rId9"/>
      <w:pgSz w:w="12240" w:h="15840"/>
      <w:pgMar w:top="1418" w:right="1418" w:bottom="851" w:left="1418"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2EEE" w:rsidRDefault="00972EEE" w:rsidP="00827BAA">
      <w:pPr>
        <w:spacing w:after="0" w:line="240" w:lineRule="auto"/>
      </w:pPr>
      <w:r>
        <w:separator/>
      </w:r>
    </w:p>
  </w:endnote>
  <w:endnote w:type="continuationSeparator" w:id="0">
    <w:p w:rsidR="00972EEE" w:rsidRDefault="00972EEE" w:rsidP="00827B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2EEE" w:rsidRDefault="00972EEE" w:rsidP="00827BAA">
      <w:pPr>
        <w:spacing w:after="0" w:line="240" w:lineRule="auto"/>
      </w:pPr>
      <w:r>
        <w:separator/>
      </w:r>
    </w:p>
  </w:footnote>
  <w:footnote w:type="continuationSeparator" w:id="0">
    <w:p w:rsidR="00972EEE" w:rsidRDefault="00972EEE" w:rsidP="00827B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3"/>
      <w:gridCol w:w="5423"/>
      <w:gridCol w:w="1853"/>
    </w:tblGrid>
    <w:tr w:rsidR="00C904F3" w:rsidRPr="002C7EA4" w:rsidTr="00C904F3">
      <w:trPr>
        <w:cantSplit/>
        <w:trHeight w:val="55"/>
      </w:trPr>
      <w:tc>
        <w:tcPr>
          <w:tcW w:w="1041" w:type="pct"/>
          <w:vMerge w:val="restart"/>
          <w:vAlign w:val="center"/>
        </w:tcPr>
        <w:p w:rsidR="00C904F3" w:rsidRPr="002C7EA4" w:rsidRDefault="00C904F3" w:rsidP="00827BAA">
          <w:pPr>
            <w:pStyle w:val="Encabezado"/>
            <w:jc w:val="center"/>
            <w:rPr>
              <w:rFonts w:ascii="Arial" w:hAnsi="Arial" w:cs="Arial"/>
              <w:sz w:val="20"/>
              <w:bdr w:val="nil"/>
              <w:lang w:val="es-ES_tradnl"/>
            </w:rPr>
          </w:pPr>
          <w:r w:rsidRPr="002C7EA4">
            <w:rPr>
              <w:rFonts w:ascii="Arial" w:hAnsi="Arial" w:cs="Arial"/>
              <w:noProof/>
              <w:sz w:val="20"/>
              <w:lang w:val="es-CO" w:eastAsia="es-CO"/>
            </w:rPr>
            <w:drawing>
              <wp:anchor distT="0" distB="0" distL="114300" distR="114300" simplePos="0" relativeHeight="251659264" behindDoc="1" locked="0" layoutInCell="1" allowOverlap="1" wp14:anchorId="79F2A9FF" wp14:editId="6D70916C">
                <wp:simplePos x="0" y="0"/>
                <wp:positionH relativeFrom="column">
                  <wp:posOffset>0</wp:posOffset>
                </wp:positionH>
                <wp:positionV relativeFrom="paragraph">
                  <wp:posOffset>84455</wp:posOffset>
                </wp:positionV>
                <wp:extent cx="1139190" cy="829945"/>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l="4005" t="2946" r="62723" b="86749"/>
                        <a:stretch>
                          <a:fillRect/>
                        </a:stretch>
                      </pic:blipFill>
                      <pic:spPr bwMode="auto">
                        <a:xfrm>
                          <a:off x="0" y="0"/>
                          <a:ext cx="1139190" cy="82994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50" w:type="pct"/>
          <w:vMerge w:val="restart"/>
          <w:vAlign w:val="center"/>
        </w:tcPr>
        <w:p w:rsidR="00C904F3" w:rsidRPr="002C7EA4" w:rsidRDefault="00C904F3" w:rsidP="00827BAA">
          <w:pPr>
            <w:pStyle w:val="Encabezado"/>
            <w:jc w:val="center"/>
            <w:rPr>
              <w:rFonts w:ascii="Arial" w:hAnsi="Arial" w:cs="Arial"/>
              <w:b/>
              <w:sz w:val="20"/>
              <w:bdr w:val="nil"/>
              <w:lang w:val="es-ES_tradnl"/>
            </w:rPr>
          </w:pPr>
          <w:r w:rsidRPr="002C7EA4">
            <w:rPr>
              <w:rFonts w:ascii="Arial" w:hAnsi="Arial" w:cs="Arial"/>
              <w:b/>
              <w:sz w:val="20"/>
              <w:szCs w:val="16"/>
              <w:bdr w:val="nil"/>
              <w:lang w:val="es-ES_tradnl"/>
            </w:rPr>
            <w:t>INSTITUTO DE FINANCIAMIENTO, PROMOCIÓN Y DESARROLLO DE IBAGUÉ - INFIBAGUÉ</w:t>
          </w:r>
          <w:r w:rsidRPr="002C7EA4">
            <w:rPr>
              <w:rFonts w:ascii="Arial" w:hAnsi="Arial" w:cs="Arial"/>
              <w:b/>
              <w:sz w:val="20"/>
              <w:bdr w:val="nil"/>
              <w:lang w:val="es-ES_tradnl"/>
            </w:rPr>
            <w:t xml:space="preserve"> -</w:t>
          </w:r>
        </w:p>
      </w:tc>
      <w:tc>
        <w:tcPr>
          <w:tcW w:w="1008" w:type="pct"/>
          <w:vAlign w:val="center"/>
        </w:tcPr>
        <w:p w:rsidR="00C904F3" w:rsidRPr="002C7EA4" w:rsidRDefault="00C904F3" w:rsidP="00827BAA">
          <w:pPr>
            <w:pStyle w:val="Encabezado"/>
            <w:jc w:val="center"/>
            <w:rPr>
              <w:rFonts w:ascii="Arial" w:hAnsi="Arial" w:cs="Arial"/>
              <w:b/>
              <w:sz w:val="20"/>
              <w:bdr w:val="nil"/>
              <w:lang w:val="es-ES_tradnl"/>
            </w:rPr>
          </w:pPr>
          <w:r w:rsidRPr="002C7EA4">
            <w:rPr>
              <w:rFonts w:ascii="Arial" w:hAnsi="Arial" w:cs="Arial"/>
              <w:b/>
              <w:sz w:val="20"/>
              <w:bdr w:val="nil"/>
              <w:lang w:val="es-ES_tradnl"/>
            </w:rPr>
            <w:t xml:space="preserve">Código: </w:t>
          </w:r>
        </w:p>
        <w:p w:rsidR="00C904F3" w:rsidRPr="002C7EA4" w:rsidRDefault="00C904F3" w:rsidP="002C7EA4">
          <w:pPr>
            <w:pStyle w:val="Encabezado"/>
            <w:jc w:val="center"/>
            <w:rPr>
              <w:rFonts w:ascii="Arial" w:hAnsi="Arial" w:cs="Arial"/>
              <w:b/>
              <w:sz w:val="20"/>
              <w:bdr w:val="nil"/>
              <w:lang w:val="es-ES_tradnl"/>
            </w:rPr>
          </w:pPr>
          <w:r w:rsidRPr="002C7EA4">
            <w:rPr>
              <w:rFonts w:ascii="Arial" w:hAnsi="Arial" w:cs="Arial"/>
              <w:b/>
              <w:color w:val="FF0000"/>
              <w:sz w:val="20"/>
              <w:bdr w:val="nil"/>
              <w:lang w:val="es-ES_tradnl"/>
            </w:rPr>
            <w:t>FOR-OCD-00X</w:t>
          </w:r>
        </w:p>
      </w:tc>
    </w:tr>
    <w:tr w:rsidR="00C904F3" w:rsidRPr="002C7EA4" w:rsidTr="00C904F3">
      <w:trPr>
        <w:cantSplit/>
        <w:trHeight w:val="163"/>
      </w:trPr>
      <w:tc>
        <w:tcPr>
          <w:tcW w:w="1041" w:type="pct"/>
          <w:vMerge/>
          <w:vAlign w:val="center"/>
        </w:tcPr>
        <w:p w:rsidR="00C904F3" w:rsidRPr="002C7EA4" w:rsidRDefault="00C904F3" w:rsidP="00827BAA">
          <w:pPr>
            <w:pStyle w:val="Encabezado"/>
            <w:jc w:val="center"/>
            <w:rPr>
              <w:rFonts w:ascii="Arial" w:hAnsi="Arial" w:cs="Arial"/>
              <w:sz w:val="20"/>
              <w:bdr w:val="nil"/>
              <w:lang w:val="es-ES_tradnl"/>
            </w:rPr>
          </w:pPr>
        </w:p>
      </w:tc>
      <w:tc>
        <w:tcPr>
          <w:tcW w:w="2950" w:type="pct"/>
          <w:vMerge/>
          <w:vAlign w:val="center"/>
        </w:tcPr>
        <w:p w:rsidR="00C904F3" w:rsidRPr="002C7EA4" w:rsidRDefault="00C904F3" w:rsidP="00827BAA">
          <w:pPr>
            <w:pStyle w:val="Encabezado"/>
            <w:jc w:val="center"/>
            <w:rPr>
              <w:rFonts w:ascii="Arial" w:hAnsi="Arial" w:cs="Arial"/>
              <w:b/>
              <w:noProof/>
              <w:sz w:val="20"/>
              <w:bdr w:val="nil"/>
              <w:lang w:val="es-ES_tradnl"/>
            </w:rPr>
          </w:pPr>
        </w:p>
      </w:tc>
      <w:tc>
        <w:tcPr>
          <w:tcW w:w="1008" w:type="pct"/>
          <w:vAlign w:val="center"/>
        </w:tcPr>
        <w:p w:rsidR="00C904F3" w:rsidRPr="002C7EA4" w:rsidRDefault="00C904F3" w:rsidP="00827BAA">
          <w:pPr>
            <w:pStyle w:val="Encabezado"/>
            <w:jc w:val="center"/>
            <w:rPr>
              <w:rFonts w:ascii="Arial" w:hAnsi="Arial" w:cs="Arial"/>
              <w:b/>
              <w:sz w:val="20"/>
              <w:bdr w:val="nil"/>
              <w:lang w:val="es-ES_tradnl"/>
            </w:rPr>
          </w:pPr>
          <w:r w:rsidRPr="002C7EA4">
            <w:rPr>
              <w:rFonts w:ascii="Arial" w:hAnsi="Arial" w:cs="Arial"/>
              <w:b/>
              <w:sz w:val="20"/>
              <w:bdr w:val="nil"/>
              <w:lang w:val="es-ES_tradnl"/>
            </w:rPr>
            <w:t xml:space="preserve">Versión: </w:t>
          </w:r>
          <w:r w:rsidRPr="002C7EA4">
            <w:rPr>
              <w:rFonts w:ascii="Arial" w:hAnsi="Arial" w:cs="Arial"/>
              <w:b/>
              <w:color w:val="FF0000"/>
              <w:sz w:val="20"/>
              <w:bdr w:val="nil"/>
              <w:lang w:val="es-ES_tradnl"/>
            </w:rPr>
            <w:t>01</w:t>
          </w:r>
        </w:p>
      </w:tc>
    </w:tr>
    <w:tr w:rsidR="00C904F3" w:rsidRPr="002C7EA4" w:rsidTr="00C904F3">
      <w:trPr>
        <w:cantSplit/>
        <w:trHeight w:val="51"/>
      </w:trPr>
      <w:tc>
        <w:tcPr>
          <w:tcW w:w="1041" w:type="pct"/>
          <w:vMerge/>
        </w:tcPr>
        <w:p w:rsidR="00C904F3" w:rsidRPr="002C7EA4" w:rsidRDefault="00C904F3" w:rsidP="00827BAA">
          <w:pPr>
            <w:pStyle w:val="Encabezado"/>
            <w:rPr>
              <w:rFonts w:ascii="Arial" w:hAnsi="Arial" w:cs="Arial"/>
              <w:sz w:val="20"/>
              <w:bdr w:val="nil"/>
              <w:lang w:val="es-ES_tradnl"/>
            </w:rPr>
          </w:pPr>
        </w:p>
      </w:tc>
      <w:tc>
        <w:tcPr>
          <w:tcW w:w="2950" w:type="pct"/>
          <w:vMerge w:val="restart"/>
          <w:vAlign w:val="center"/>
        </w:tcPr>
        <w:p w:rsidR="00C904F3" w:rsidRPr="00C904F3" w:rsidRDefault="00C904F3" w:rsidP="00C904F3">
          <w:pPr>
            <w:pStyle w:val="Encabezado"/>
            <w:jc w:val="center"/>
            <w:rPr>
              <w:rFonts w:ascii="Arial" w:hAnsi="Arial" w:cs="Arial"/>
              <w:b/>
              <w:sz w:val="20"/>
              <w:szCs w:val="18"/>
              <w:bdr w:val="nil"/>
              <w:lang w:val="es-ES_tradnl"/>
            </w:rPr>
          </w:pPr>
          <w:r w:rsidRPr="00C904F3">
            <w:rPr>
              <w:rFonts w:ascii="Arial" w:hAnsi="Arial" w:cs="Arial"/>
              <w:b/>
              <w:sz w:val="20"/>
              <w:szCs w:val="18"/>
              <w:bdr w:val="nil"/>
              <w:lang w:val="es-ES_tradnl"/>
            </w:rPr>
            <w:t>FORMATO PARA LA INTERPOSICIÓN DE DENUNCIA</w:t>
          </w:r>
        </w:p>
        <w:p w:rsidR="00C904F3" w:rsidRPr="002C7EA4" w:rsidRDefault="00C904F3" w:rsidP="00C904F3">
          <w:pPr>
            <w:pStyle w:val="Encabezado"/>
            <w:jc w:val="center"/>
            <w:rPr>
              <w:rFonts w:ascii="Arial" w:hAnsi="Arial" w:cs="Arial"/>
              <w:b/>
              <w:sz w:val="20"/>
              <w:szCs w:val="18"/>
              <w:bdr w:val="nil"/>
              <w:lang w:val="es-ES_tradnl"/>
            </w:rPr>
          </w:pPr>
          <w:r w:rsidRPr="00C904F3">
            <w:rPr>
              <w:rFonts w:ascii="Arial" w:hAnsi="Arial" w:cs="Arial"/>
              <w:b/>
              <w:sz w:val="20"/>
              <w:szCs w:val="18"/>
              <w:bdr w:val="nil"/>
              <w:lang w:val="es-ES_tradnl"/>
            </w:rPr>
            <w:t>POR PRESUNTOS HECHOS DE CORRUPCIÓN</w:t>
          </w:r>
        </w:p>
      </w:tc>
      <w:tc>
        <w:tcPr>
          <w:tcW w:w="1008" w:type="pct"/>
          <w:vAlign w:val="center"/>
        </w:tcPr>
        <w:p w:rsidR="00C904F3" w:rsidRPr="002C7EA4" w:rsidRDefault="00C904F3" w:rsidP="00827BAA">
          <w:pPr>
            <w:pStyle w:val="Encabezado"/>
            <w:jc w:val="center"/>
            <w:rPr>
              <w:rFonts w:ascii="Arial" w:hAnsi="Arial" w:cs="Arial"/>
              <w:b/>
              <w:sz w:val="20"/>
              <w:bdr w:val="nil"/>
              <w:lang w:val="es-ES_tradnl"/>
            </w:rPr>
          </w:pPr>
          <w:r w:rsidRPr="002C7EA4">
            <w:rPr>
              <w:rFonts w:ascii="Arial" w:hAnsi="Arial" w:cs="Arial"/>
              <w:b/>
              <w:sz w:val="20"/>
              <w:bdr w:val="nil"/>
              <w:lang w:val="es-ES_tradnl"/>
            </w:rPr>
            <w:t xml:space="preserve">Pág. </w:t>
          </w:r>
          <w:r w:rsidRPr="002C7EA4">
            <w:rPr>
              <w:rStyle w:val="Nmerodepgina"/>
              <w:rFonts w:ascii="Arial" w:hAnsi="Arial" w:cs="Arial"/>
              <w:b/>
              <w:sz w:val="20"/>
              <w:bdr w:val="nil"/>
              <w:lang w:val="es-ES_tradnl"/>
            </w:rPr>
            <w:fldChar w:fldCharType="begin"/>
          </w:r>
          <w:r w:rsidRPr="002C7EA4">
            <w:rPr>
              <w:rStyle w:val="Nmerodepgina"/>
              <w:rFonts w:ascii="Arial" w:hAnsi="Arial" w:cs="Arial"/>
              <w:b/>
              <w:sz w:val="20"/>
              <w:bdr w:val="nil"/>
              <w:lang w:val="es-ES_tradnl"/>
            </w:rPr>
            <w:instrText xml:space="preserve"> PAGE </w:instrText>
          </w:r>
          <w:r w:rsidRPr="002C7EA4">
            <w:rPr>
              <w:rStyle w:val="Nmerodepgina"/>
              <w:rFonts w:ascii="Arial" w:hAnsi="Arial" w:cs="Arial"/>
              <w:b/>
              <w:sz w:val="20"/>
              <w:bdr w:val="nil"/>
              <w:lang w:val="es-ES_tradnl"/>
            </w:rPr>
            <w:fldChar w:fldCharType="separate"/>
          </w:r>
          <w:r w:rsidR="006A0D53">
            <w:rPr>
              <w:rStyle w:val="Nmerodepgina"/>
              <w:rFonts w:ascii="Arial" w:hAnsi="Arial" w:cs="Arial"/>
              <w:b/>
              <w:noProof/>
              <w:sz w:val="20"/>
              <w:bdr w:val="nil"/>
              <w:lang w:val="es-ES_tradnl"/>
            </w:rPr>
            <w:t>3</w:t>
          </w:r>
          <w:r w:rsidRPr="002C7EA4">
            <w:rPr>
              <w:rStyle w:val="Nmerodepgina"/>
              <w:rFonts w:ascii="Arial" w:hAnsi="Arial" w:cs="Arial"/>
              <w:b/>
              <w:sz w:val="20"/>
              <w:bdr w:val="nil"/>
              <w:lang w:val="es-ES_tradnl"/>
            </w:rPr>
            <w:fldChar w:fldCharType="end"/>
          </w:r>
          <w:r w:rsidRPr="002C7EA4">
            <w:rPr>
              <w:rStyle w:val="Nmerodepgina"/>
              <w:rFonts w:ascii="Arial" w:hAnsi="Arial" w:cs="Arial"/>
              <w:b/>
              <w:sz w:val="20"/>
              <w:bdr w:val="nil"/>
              <w:lang w:val="es-ES_tradnl"/>
            </w:rPr>
            <w:t xml:space="preserve"> de </w:t>
          </w:r>
          <w:r w:rsidRPr="002C7EA4">
            <w:rPr>
              <w:rStyle w:val="Nmerodepgina"/>
              <w:rFonts w:ascii="Arial" w:hAnsi="Arial" w:cs="Arial"/>
              <w:b/>
              <w:sz w:val="20"/>
              <w:bdr w:val="nil"/>
              <w:lang w:val="es-ES_tradnl"/>
            </w:rPr>
            <w:fldChar w:fldCharType="begin"/>
          </w:r>
          <w:r w:rsidRPr="002C7EA4">
            <w:rPr>
              <w:rStyle w:val="Nmerodepgina"/>
              <w:rFonts w:ascii="Arial" w:hAnsi="Arial" w:cs="Arial"/>
              <w:b/>
              <w:sz w:val="20"/>
              <w:bdr w:val="nil"/>
              <w:lang w:val="es-ES_tradnl"/>
            </w:rPr>
            <w:instrText xml:space="preserve"> NUMPAGES </w:instrText>
          </w:r>
          <w:r w:rsidRPr="002C7EA4">
            <w:rPr>
              <w:rStyle w:val="Nmerodepgina"/>
              <w:rFonts w:ascii="Arial" w:hAnsi="Arial" w:cs="Arial"/>
              <w:b/>
              <w:sz w:val="20"/>
              <w:bdr w:val="nil"/>
              <w:lang w:val="es-ES_tradnl"/>
            </w:rPr>
            <w:fldChar w:fldCharType="separate"/>
          </w:r>
          <w:r w:rsidR="006A0D53">
            <w:rPr>
              <w:rStyle w:val="Nmerodepgina"/>
              <w:rFonts w:ascii="Arial" w:hAnsi="Arial" w:cs="Arial"/>
              <w:b/>
              <w:noProof/>
              <w:sz w:val="20"/>
              <w:bdr w:val="nil"/>
              <w:lang w:val="es-ES_tradnl"/>
            </w:rPr>
            <w:t>3</w:t>
          </w:r>
          <w:r w:rsidRPr="002C7EA4">
            <w:rPr>
              <w:rStyle w:val="Nmerodepgina"/>
              <w:rFonts w:ascii="Arial" w:hAnsi="Arial" w:cs="Arial"/>
              <w:b/>
              <w:sz w:val="20"/>
              <w:bdr w:val="nil"/>
              <w:lang w:val="es-ES_tradnl"/>
            </w:rPr>
            <w:fldChar w:fldCharType="end"/>
          </w:r>
        </w:p>
      </w:tc>
    </w:tr>
    <w:tr w:rsidR="00C904F3" w:rsidRPr="002C7EA4" w:rsidTr="002C7EA4">
      <w:trPr>
        <w:cantSplit/>
        <w:trHeight w:val="464"/>
      </w:trPr>
      <w:tc>
        <w:tcPr>
          <w:tcW w:w="1041" w:type="pct"/>
          <w:vMerge/>
        </w:tcPr>
        <w:p w:rsidR="00C904F3" w:rsidRPr="002C7EA4" w:rsidRDefault="00C904F3" w:rsidP="00827BAA">
          <w:pPr>
            <w:pStyle w:val="Encabezado"/>
            <w:rPr>
              <w:rFonts w:ascii="Arial" w:hAnsi="Arial" w:cs="Arial"/>
              <w:sz w:val="20"/>
              <w:bdr w:val="nil"/>
              <w:lang w:val="es-ES_tradnl"/>
            </w:rPr>
          </w:pPr>
        </w:p>
      </w:tc>
      <w:tc>
        <w:tcPr>
          <w:tcW w:w="2950" w:type="pct"/>
          <w:vMerge/>
          <w:vAlign w:val="center"/>
        </w:tcPr>
        <w:p w:rsidR="00C904F3" w:rsidRPr="002C7EA4" w:rsidRDefault="00C904F3" w:rsidP="00827BAA">
          <w:pPr>
            <w:pStyle w:val="Encabezado"/>
            <w:jc w:val="center"/>
            <w:rPr>
              <w:rFonts w:ascii="Arial" w:hAnsi="Arial" w:cs="Arial"/>
              <w:b/>
              <w:sz w:val="20"/>
              <w:bdr w:val="nil"/>
              <w:lang w:val="es-ES_tradnl"/>
            </w:rPr>
          </w:pPr>
        </w:p>
      </w:tc>
      <w:tc>
        <w:tcPr>
          <w:tcW w:w="1008" w:type="pct"/>
          <w:vAlign w:val="center"/>
        </w:tcPr>
        <w:p w:rsidR="00C904F3" w:rsidRPr="002C7EA4" w:rsidRDefault="00C904F3" w:rsidP="00827BAA">
          <w:pPr>
            <w:pStyle w:val="Encabezado"/>
            <w:jc w:val="center"/>
            <w:rPr>
              <w:rFonts w:ascii="Arial" w:hAnsi="Arial" w:cs="Arial"/>
              <w:b/>
              <w:sz w:val="20"/>
              <w:bdr w:val="nil"/>
              <w:lang w:val="es-ES_tradnl"/>
            </w:rPr>
          </w:pPr>
          <w:r w:rsidRPr="002C7EA4">
            <w:rPr>
              <w:rFonts w:ascii="Arial" w:hAnsi="Arial" w:cs="Arial"/>
              <w:b/>
              <w:sz w:val="20"/>
              <w:bdr w:val="nil"/>
              <w:lang w:val="es-ES_tradnl"/>
            </w:rPr>
            <w:t>Vigente desde:</w:t>
          </w:r>
        </w:p>
        <w:p w:rsidR="00C904F3" w:rsidRPr="002C7EA4" w:rsidRDefault="00C904F3" w:rsidP="002C7EA4">
          <w:pPr>
            <w:pStyle w:val="Encabezado"/>
            <w:jc w:val="center"/>
            <w:rPr>
              <w:rFonts w:ascii="Arial" w:hAnsi="Arial" w:cs="Arial"/>
              <w:b/>
              <w:sz w:val="20"/>
              <w:bdr w:val="nil"/>
              <w:lang w:val="es-ES_tradnl"/>
            </w:rPr>
          </w:pPr>
          <w:r w:rsidRPr="002C7EA4">
            <w:rPr>
              <w:rFonts w:ascii="Arial" w:hAnsi="Arial" w:cs="Arial"/>
              <w:b/>
              <w:color w:val="FF0000"/>
              <w:sz w:val="20"/>
              <w:bdr w:val="nil"/>
              <w:lang w:val="es-ES_tradnl"/>
            </w:rPr>
            <w:t>2025/xx/xx</w:t>
          </w:r>
        </w:p>
      </w:tc>
    </w:tr>
  </w:tbl>
  <w:p w:rsidR="00C904F3" w:rsidRPr="002C7EA4" w:rsidRDefault="00C904F3" w:rsidP="00827BAA">
    <w:pPr>
      <w:pStyle w:val="Encabezado"/>
      <w:tabs>
        <w:tab w:val="clear" w:pos="4680"/>
        <w:tab w:val="clear" w:pos="9360"/>
        <w:tab w:val="left" w:pos="975"/>
      </w:tabs>
      <w:rPr>
        <w:lang w:val="es-ES_tradnl"/>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0A046CDB"/>
    <w:multiLevelType w:val="hybridMultilevel"/>
    <w:tmpl w:val="A4DABF0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63C04BD"/>
    <w:multiLevelType w:val="hybridMultilevel"/>
    <w:tmpl w:val="AB045BF2"/>
    <w:lvl w:ilvl="0" w:tplc="147667E4">
      <w:start w:val="1"/>
      <w:numFmt w:val="decimal"/>
      <w:lvlText w:val="%1."/>
      <w:lvlJc w:val="left"/>
      <w:pPr>
        <w:ind w:left="360" w:hanging="360"/>
      </w:pPr>
      <w:rPr>
        <w:rFonts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05DB0"/>
    <w:rsid w:val="00034616"/>
    <w:rsid w:val="0006063C"/>
    <w:rsid w:val="0008400D"/>
    <w:rsid w:val="000B2758"/>
    <w:rsid w:val="000F70E4"/>
    <w:rsid w:val="0015074B"/>
    <w:rsid w:val="002174DF"/>
    <w:rsid w:val="00273DEA"/>
    <w:rsid w:val="0029639D"/>
    <w:rsid w:val="002B4D84"/>
    <w:rsid w:val="002C7EA4"/>
    <w:rsid w:val="00326F90"/>
    <w:rsid w:val="003F7673"/>
    <w:rsid w:val="00474423"/>
    <w:rsid w:val="005D555B"/>
    <w:rsid w:val="00643BCC"/>
    <w:rsid w:val="00671E3D"/>
    <w:rsid w:val="006A0D53"/>
    <w:rsid w:val="00722954"/>
    <w:rsid w:val="00765399"/>
    <w:rsid w:val="00792A46"/>
    <w:rsid w:val="00827BAA"/>
    <w:rsid w:val="00972EEE"/>
    <w:rsid w:val="00A5631D"/>
    <w:rsid w:val="00A7110A"/>
    <w:rsid w:val="00AA1D8D"/>
    <w:rsid w:val="00AF4D44"/>
    <w:rsid w:val="00B47730"/>
    <w:rsid w:val="00B62D89"/>
    <w:rsid w:val="00C76229"/>
    <w:rsid w:val="00C7631E"/>
    <w:rsid w:val="00C904F3"/>
    <w:rsid w:val="00CA1BF7"/>
    <w:rsid w:val="00CB0664"/>
    <w:rsid w:val="00DA1B34"/>
    <w:rsid w:val="00DC6E39"/>
    <w:rsid w:val="00E457C3"/>
    <w:rsid w:val="00E8253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B4C9F4A"/>
  <w14:defaultImageDpi w14:val="300"/>
  <w15:docId w15:val="{75C208DC-0094-4F89-8ED8-09B27AFAE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4D44"/>
    <w:rPr>
      <w:rFonts w:ascii="Calibri" w:hAnsi="Calibri"/>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h,h8,h9,h10,h18 Car,h18,Encabezado Car Car,Encabezado Car Car Car Car Car,Encabezado Car Car Car Car Car Car,Encabezado 2,encabezado Car Car Car Car,encabezado Car Car Car Car Car,encabezado Car Car Car,Encabezado1, Car Car Car,encabezado"/>
    <w:basedOn w:val="Normal"/>
    <w:link w:val="EncabezadoCar"/>
    <w:unhideWhenUsed/>
    <w:rsid w:val="00E618BF"/>
    <w:pPr>
      <w:tabs>
        <w:tab w:val="center" w:pos="4680"/>
        <w:tab w:val="right" w:pos="9360"/>
      </w:tabs>
      <w:spacing w:after="0" w:line="240" w:lineRule="auto"/>
    </w:pPr>
  </w:style>
  <w:style w:type="character" w:customStyle="1" w:styleId="EncabezadoCar">
    <w:name w:val="Encabezado Car"/>
    <w:aliases w:val="h Car,h8 Car,h9 Car,h10 Car,h18 Car Car,h18 Car1,Encabezado Car Car Car,Encabezado Car Car Car Car Car Car1,Encabezado Car Car Car Car Car Car Car,Encabezado 2 Car,encabezado Car Car Car Car Car1,encabezado Car Car Car Car Car Car"/>
    <w:basedOn w:val="Fuentedeprrafopredeter"/>
    <w:link w:val="Encabezado"/>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Nmerodepgina">
    <w:name w:val="page number"/>
    <w:rsid w:val="00827BAA"/>
  </w:style>
  <w:style w:type="character" w:styleId="Hipervnculo">
    <w:name w:val="Hyperlink"/>
    <w:basedOn w:val="Fuentedeprrafopredeter"/>
    <w:uiPriority w:val="99"/>
    <w:unhideWhenUsed/>
    <w:rsid w:val="005D555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ibague.gov.co/wp-content/uploads/2024/09/POL-AC-001-POLITICADETRATAMIENTODEDATOSPERSONALES.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4654F7-5BDD-4582-845D-0B953BD0F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3</Pages>
  <Words>966</Words>
  <Characters>5316</Characters>
  <Application>Microsoft Office Word</Application>
  <DocSecurity>0</DocSecurity>
  <Lines>44</Lines>
  <Paragraphs>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6270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JENNY PAOLA MEDINA RODRIGUEZ</cp:lastModifiedBy>
  <cp:revision>7</cp:revision>
  <dcterms:created xsi:type="dcterms:W3CDTF">2026-01-26T22:32:00Z</dcterms:created>
  <dcterms:modified xsi:type="dcterms:W3CDTF">2026-01-27T00:04:00Z</dcterms:modified>
  <cp:category/>
</cp:coreProperties>
</file>